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val="0"/>
        <w:widowControl/>
      </w:pPr>
      <w:r>
        <w:rPr>
          <w:highlight w:val="yellow"/>
        </w:rPr>
        <w:t>[Vorname Nachname]</w:t>
      </w:r>
    </w:p>
    <w:p>
      <w:pPr>
        <w:keepNext w:val="0"/>
        <w:widowControl/>
        <w:spacing w:before="0" w:after="0" w:lineRule="auto" w:line="276"/>
      </w:pPr>
      <w:r>
        <w:rPr>
          <w:rFonts w:ascii="Arial" w:hAnsi="Arial" w:eastAsia="Arial" w:cs="Arial"/>
          <w:b w:val="0"/>
          <w:color w:val="1A1A1A"/>
          <w:sz w:val="22"/>
          <w:highlight w:val="yellow"/>
          <w:lang w:val="de-CH"/>
        </w:rPr>
        <w:t>[Strasse Nr.]</w:t>
      </w:r>
      <w:r>
        <w:rPr>
          <w:rFonts w:ascii="Arial" w:hAnsi="Arial" w:eastAsia="Arial" w:cs="Arial"/>
          <w:b w:val="0"/>
          <w:color w:val="1A1A1A"/>
          <w:sz w:val="22"/>
          <w:lang w:val="de-CH"/>
        </w:rPr>
        <w:t xml:space="preserve">, </w:t>
      </w:r>
      <w:r>
        <w:rPr>
          <w:rFonts w:ascii="Arial" w:hAnsi="Arial" w:eastAsia="Arial" w:cs="Arial"/>
          <w:b w:val="0"/>
          <w:color w:val="1A1A1A"/>
          <w:sz w:val="22"/>
          <w:highlight w:val="yellow"/>
          <w:lang w:val="de-CH"/>
        </w:rPr>
        <w:t>[PLZ Ort]</w:t>
      </w:r>
      <w:r>
        <w:rPr>
          <w:rFonts w:ascii="Arial" w:hAnsi="Arial" w:eastAsia="Arial" w:cs="Arial"/>
          <w:b w:val="0"/>
          <w:color w:val="1A1A1A"/>
          <w:sz w:val="22"/>
          <w:lang w:val="de-CH"/>
        </w:rPr>
        <w:t xml:space="preserve"> · </w:t>
      </w:r>
      <w:r>
        <w:rPr>
          <w:rFonts w:ascii="Arial" w:hAnsi="Arial" w:eastAsia="Arial" w:cs="Arial"/>
          <w:b w:val="0"/>
          <w:color w:val="1A1A1A"/>
          <w:sz w:val="22"/>
          <w:highlight w:val="yellow"/>
          <w:lang w:val="de-CH"/>
        </w:rPr>
        <w:t>[Telefon]</w:t>
      </w:r>
      <w:r>
        <w:rPr>
          <w:rFonts w:ascii="Arial" w:hAnsi="Arial" w:eastAsia="Arial" w:cs="Arial"/>
          <w:b w:val="0"/>
          <w:color w:val="1A1A1A"/>
          <w:sz w:val="22"/>
          <w:lang w:val="de-CH"/>
        </w:rPr>
        <w:t xml:space="preserve"> · </w:t>
      </w:r>
      <w:r>
        <w:rPr>
          <w:rFonts w:ascii="Arial" w:hAnsi="Arial" w:eastAsia="Arial" w:cs="Arial"/>
          <w:b w:val="0"/>
          <w:color w:val="1A1A1A"/>
          <w:sz w:val="22"/>
          <w:highlight w:val="yellow"/>
          <w:lang w:val="de-CH"/>
        </w:rPr>
        <w:t>[E-Mail]</w:t>
      </w:r>
    </w:p>
    <w:p>
      <w:pPr>
        <w:keepNext w:val="0"/>
        <w:widowControl/>
        <w:spacing w:before="1180" w:after="0" w:lineRule="auto" w:line="276"/>
        <w:ind w:left="5272"/>
      </w:pPr>
      <w:r>
        <w:rPr>
          <w:rFonts w:ascii="Arial" w:hAnsi="Arial" w:eastAsia="Arial" w:cs="Arial"/>
          <w:b w:val="0"/>
          <w:color w:val="1A1A1A"/>
          <w:sz w:val="22"/>
          <w:highlight w:val="yellow"/>
          <w:lang w:val="de-CH"/>
        </w:rPr>
        <w:t>[Firma]</w:t>
      </w:r>
    </w:p>
    <w:p>
      <w:pPr>
        <w:keepNext w:val="0"/>
        <w:widowControl/>
        <w:spacing w:before="0" w:after="0" w:lineRule="auto" w:line="276"/>
        <w:ind w:left="5272"/>
      </w:pPr>
      <w:r>
        <w:rPr>
          <w:rFonts w:ascii="Arial" w:hAnsi="Arial" w:eastAsia="Arial" w:cs="Arial"/>
          <w:b w:val="0"/>
          <w:color w:val="1A1A1A"/>
          <w:sz w:val="22"/>
          <w:lang w:val="de-CH"/>
        </w:rPr>
        <w:t xml:space="preserve">zuhanden </w:t>
      </w:r>
      <w:r>
        <w:rPr>
          <w:rFonts w:ascii="Arial" w:hAnsi="Arial" w:eastAsia="Arial" w:cs="Arial"/>
          <w:b w:val="0"/>
          <w:color w:val="1A1A1A"/>
          <w:sz w:val="22"/>
          <w:highlight w:val="yellow"/>
          <w:lang w:val="de-CH"/>
        </w:rPr>
        <w:t>[Vorname Nachname]</w:t>
      </w:r>
    </w:p>
    <w:p>
      <w:pPr>
        <w:keepNext w:val="0"/>
        <w:widowControl/>
        <w:spacing w:before="0" w:after="0" w:lineRule="auto" w:line="276"/>
        <w:ind w:left="5272"/>
      </w:pPr>
      <w:r>
        <w:rPr>
          <w:rFonts w:ascii="Arial" w:hAnsi="Arial" w:eastAsia="Arial" w:cs="Arial"/>
          <w:b w:val="0"/>
          <w:color w:val="1A1A1A"/>
          <w:sz w:val="22"/>
          <w:highlight w:val="yellow"/>
          <w:lang w:val="de-CH"/>
        </w:rPr>
        <w:t>[Strasse Nr.]</w:t>
      </w:r>
    </w:p>
    <w:p>
      <w:pPr>
        <w:keepNext w:val="0"/>
        <w:widowControl/>
        <w:spacing w:before="0" w:after="0" w:lineRule="auto" w:line="276"/>
        <w:ind w:left="5272"/>
      </w:pPr>
      <w:r>
        <w:rPr>
          <w:rFonts w:ascii="Arial" w:hAnsi="Arial" w:eastAsia="Arial" w:cs="Arial"/>
          <w:b w:val="0"/>
          <w:color w:val="1A1A1A"/>
          <w:sz w:val="22"/>
          <w:highlight w:val="yellow"/>
          <w:lang w:val="de-CH"/>
        </w:rPr>
        <w:t>[PLZ Ort]</w:t>
      </w:r>
    </w:p>
    <w:p>
      <w:pPr>
        <w:keepNext w:val="0"/>
        <w:widowControl/>
        <w:spacing w:before="520" w:after="0" w:lineRule="auto" w:line="276"/>
      </w:pPr>
      <w:r>
        <w:rPr>
          <w:rFonts w:ascii="Arial" w:hAnsi="Arial" w:eastAsia="Arial" w:cs="Arial"/>
          <w:b w:val="0"/>
          <w:color w:val="1A1A1A"/>
          <w:sz w:val="22"/>
          <w:highlight w:val="yellow"/>
          <w:lang w:val="de-CH"/>
        </w:rPr>
        <w:t>[Einschreiben / Persönlich übergeben]</w:t>
      </w:r>
    </w:p>
    <w:p>
      <w:pPr>
        <w:keepNext w:val="0"/>
        <w:widowControl/>
        <w:spacing w:before="240" w:after="0" w:lineRule="auto" w:line="276"/>
      </w:pPr>
      <w:r>
        <w:rPr>
          <w:rFonts w:ascii="Arial" w:hAnsi="Arial" w:eastAsia="Arial" w:cs="Arial"/>
          <w:b w:val="0"/>
          <w:color w:val="1A1A1A"/>
          <w:sz w:val="22"/>
          <w:highlight w:val="yellow"/>
          <w:lang w:val="de-CH"/>
        </w:rPr>
        <w:t>[Ort]</w:t>
      </w:r>
      <w:r>
        <w:rPr>
          <w:rFonts w:ascii="Arial" w:hAnsi="Arial" w:eastAsia="Arial" w:cs="Arial"/>
          <w:b w:val="0"/>
          <w:color w:val="1A1A1A"/>
          <w:sz w:val="22"/>
          <w:lang w:val="de-CH"/>
        </w:rPr>
        <w:t xml:space="preserve">, </w:t>
      </w:r>
      <w:r>
        <w:rPr>
          <w:rFonts w:ascii="Arial" w:hAnsi="Arial" w:eastAsia="Arial" w:cs="Arial"/>
          <w:b w:val="0"/>
          <w:color w:val="1A1A1A"/>
          <w:sz w:val="22"/>
          <w:highlight w:val="yellow"/>
          <w:lang w:val="de-CH"/>
        </w:rPr>
        <w:t>[TT. Monat JJJJ]</w:t>
      </w:r>
    </w:p>
    <w:p>
      <w:pPr>
        <w:keepNext/>
        <w:widowControl/>
        <w:spacing w:before="680" w:after="0" w:lineRule="auto" w:line="276"/>
      </w:pPr>
      <w:r>
        <w:rPr>
          <w:rFonts w:ascii="Arial" w:hAnsi="Arial" w:eastAsia="Arial" w:cs="Arial"/>
          <w:b/>
          <w:color w:val="1A1A1A"/>
          <w:sz w:val="22"/>
          <w:lang w:val="de-CH"/>
        </w:rPr>
        <w:t>Kündigung meines Arbeitsvertrags wegen Pensionierung</w:t>
      </w:r>
    </w:p>
    <w:p>
      <w:pPr>
        <w:keepNext/>
        <w:widowControl/>
        <w:spacing w:before="400" w:after="0" w:lineRule="auto" w:line="276"/>
      </w:pPr>
      <w:r>
        <w:rPr>
          <w:rFonts w:ascii="Arial" w:hAnsi="Arial" w:eastAsia="Arial" w:cs="Arial"/>
          <w:b w:val="0"/>
          <w:color w:val="1A1A1A"/>
          <w:sz w:val="22"/>
          <w:highlight w:val="yellow"/>
          <w:lang w:val="de-CH"/>
        </w:rPr>
        <w:t>[Sehr geehrte Frau Nachname / Sehr geehrter Herr Nachname]</w:t>
      </w:r>
    </w:p>
    <w:p>
      <w:pPr>
        <w:keepNext w:val="0"/>
        <w:widowControl/>
        <w:spacing w:before="220" w:after="0" w:lineRule="auto" w:line="276"/>
      </w:pPr>
      <w:r>
        <w:rPr>
          <w:rFonts w:ascii="Arial" w:hAnsi="Arial" w:eastAsia="Arial" w:cs="Arial"/>
          <w:b w:val="0"/>
          <w:color w:val="1A1A1A"/>
          <w:sz w:val="22"/>
          <w:lang w:val="de-CH"/>
        </w:rPr>
        <w:t xml:space="preserve">Wegen meiner Pensionierung kündige ich hiermit meinen Arbeitsvertrag unter Einhaltung der Kündigungsfrist per </w:t>
      </w:r>
      <w:r>
        <w:rPr>
          <w:rFonts w:ascii="Arial" w:hAnsi="Arial" w:eastAsia="Arial" w:cs="Arial"/>
          <w:b w:val="0"/>
          <w:color w:val="1A1A1A"/>
          <w:sz w:val="22"/>
          <w:highlight w:val="yellow"/>
          <w:lang w:val="de-CH"/>
        </w:rPr>
        <w:t>[Enddatum]</w:t>
      </w:r>
      <w:r>
        <w:rPr>
          <w:rFonts w:ascii="Arial" w:hAnsi="Arial" w:eastAsia="Arial" w:cs="Arial"/>
          <w:b w:val="0"/>
          <w:color w:val="1A1A1A"/>
          <w:sz w:val="22"/>
          <w:lang w:val="de-CH"/>
        </w:rPr>
        <w:t xml:space="preserve"> bzw. auf den nächstmöglichen Termin.</w:t>
      </w:r>
    </w:p>
    <w:p>
      <w:pPr>
        <w:keepNext w:val="0"/>
        <w:widowControl/>
        <w:spacing w:before="220" w:after="0" w:lineRule="auto" w:line="276"/>
      </w:pPr>
      <w:r>
        <w:rPr>
          <w:rFonts w:ascii="Arial" w:hAnsi="Arial" w:eastAsia="Arial" w:cs="Arial"/>
          <w:b w:val="0"/>
          <w:color w:val="1A1A1A"/>
          <w:sz w:val="22"/>
          <w:lang w:val="de-CH"/>
        </w:rPr>
        <w:t>Bitte bestätigen Sie mir den Erhalt dieser Kündigung und das Ende des Arbeitsverhältnisses schriftlich.</w:t>
      </w:r>
    </w:p>
    <w:p>
      <w:pPr>
        <w:keepNext w:val="0"/>
        <w:widowControl/>
        <w:spacing w:before="220" w:after="0" w:lineRule="auto" w:line="276"/>
      </w:pPr>
      <w:r>
        <w:rPr>
          <w:rFonts w:ascii="Arial" w:hAnsi="Arial" w:eastAsia="Arial" w:cs="Arial"/>
          <w:b w:val="0"/>
          <w:color w:val="1A1A1A"/>
          <w:sz w:val="22"/>
          <w:lang w:val="de-CH"/>
        </w:rPr>
        <w:t>Gerne bespreche ich mit Ihnen die Übergabe meiner Aufgaben und wie wir mit meinen restlichen Ferien und allfälligen Überstunden umgehen. Zudem bitte ich Sie, mir auf das Ende des Arbeitsverhältnisses ein Arbeitszeugnis auszustellen.</w:t>
      </w:r>
    </w:p>
    <w:p>
      <w:pPr>
        <w:keepNext w:val="0"/>
        <w:widowControl/>
        <w:spacing w:before="220" w:after="0" w:lineRule="auto" w:line="276"/>
      </w:pPr>
      <w:r>
        <w:rPr>
          <w:rFonts w:ascii="Arial" w:hAnsi="Arial" w:eastAsia="Arial" w:cs="Arial"/>
          <w:b w:val="0"/>
          <w:color w:val="1A1A1A"/>
          <w:sz w:val="22"/>
          <w:highlight w:val="yellow"/>
          <w:lang w:val="de-CH"/>
        </w:rPr>
        <w:t>[Optional, sonst lösch diesen Absatz]</w:t>
      </w:r>
      <w:r>
        <w:rPr>
          <w:rFonts w:ascii="Arial" w:hAnsi="Arial" w:eastAsia="Arial" w:cs="Arial"/>
          <w:b w:val="0"/>
          <w:color w:val="1A1A1A"/>
          <w:sz w:val="22"/>
          <w:lang w:val="de-CH"/>
        </w:rPr>
        <w:t xml:space="preserve"> Ich danke Ihnen für die Zusammenarbeit.</w:t>
      </w:r>
    </w:p>
    <w:p>
      <w:pPr>
        <w:keepNext/>
        <w:widowControl/>
        <w:spacing w:before="320" w:after="0" w:lineRule="auto" w:line="276"/>
      </w:pPr>
      <w:r>
        <w:rPr>
          <w:rFonts w:ascii="Arial" w:hAnsi="Arial" w:eastAsia="Arial" w:cs="Arial"/>
          <w:b w:val="0"/>
          <w:color w:val="1A1A1A"/>
          <w:sz w:val="22"/>
          <w:lang w:val="de-CH"/>
        </w:rPr>
        <w:t>Freundliche Grüsse</w:t>
      </w:r>
    </w:p>
    <w:p>
      <w:pPr>
        <w:keepNext/>
        <w:widowControl/>
        <w:spacing w:before="720" w:after="0" w:lineRule="auto" w:line="276"/>
      </w:pPr>
      <w:r>
        <w:rPr>
          <w:rFonts w:ascii="Arial" w:hAnsi="Arial" w:eastAsia="Arial" w:cs="Arial"/>
          <w:b w:val="0"/>
          <w:color w:val="1A1A1A"/>
          <w:sz w:val="22"/>
          <w:highlight w:val="yellow"/>
          <w:lang w:val="de-CH"/>
        </w:rPr>
        <w:t>[Unterschrift von Hand]</w:t>
      </w:r>
    </w:p>
    <w:p>
      <w:pPr>
        <w:keepNext w:val="0"/>
        <w:widowControl/>
        <w:spacing w:before="80" w:after="0" w:lineRule="auto" w:line="276"/>
      </w:pPr>
      <w:r>
        <w:rPr>
          <w:rFonts w:ascii="Arial" w:hAnsi="Arial" w:eastAsia="Arial" w:cs="Arial"/>
          <w:b w:val="0"/>
          <w:color w:val="1A1A1A"/>
          <w:sz w:val="22"/>
          <w:highlight w:val="yellow"/>
          <w:lang w:val="de-CH"/>
        </w:rPr>
        <w:t>[Vorname Nachname]</w:t>
      </w:r>
    </w:p>
    <w:p>
      <w:pPr>
        <w:keepNext/>
        <w:widowControl/>
        <w:pBdr>
          <w:top w:val="single" w:sz="4" w:space="6" w:color="808080"/>
        </w:pBdr>
        <w:spacing w:before="800" w:after="0" w:lineRule="auto" w:line="276"/>
      </w:pPr>
      <w:r>
        <w:rPr>
          <w:rFonts w:ascii="Arial" w:hAnsi="Arial" w:eastAsia="Arial" w:cs="Arial"/>
          <w:b/>
          <w:color w:val="1A1A1A"/>
          <w:sz w:val="19"/>
          <w:lang w:val="de-CH"/>
        </w:rPr>
        <w:t xml:space="preserve">Empfangsbestätigung </w:t>
      </w:r>
      <w:r>
        <w:rPr>
          <w:rFonts w:ascii="Arial" w:hAnsi="Arial" w:eastAsia="Arial" w:cs="Arial"/>
          <w:b w:val="0"/>
          <w:color w:val="1A1A1A"/>
          <w:sz w:val="19"/>
          <w:highlight w:val="yellow"/>
          <w:lang w:val="de-CH"/>
        </w:rPr>
        <w:t>[nur bei persönlicher Übergabe, sonst lösch diesen Block]</w:t>
      </w:r>
    </w:p>
    <w:p>
      <w:pPr>
        <w:keepNext/>
        <w:widowControl/>
        <w:spacing w:before="200" w:after="0" w:lineRule="auto" w:line="276"/>
      </w:pPr>
      <w:r>
        <w:rPr>
          <w:rFonts w:ascii="Arial" w:hAnsi="Arial" w:eastAsia="Arial" w:cs="Arial"/>
          <w:b w:val="0"/>
          <w:color w:val="1A1A1A"/>
          <w:sz w:val="19"/>
          <w:lang w:val="de-CH"/>
        </w:rPr>
        <w:t xml:space="preserve">Kündigung erhalten am </w:t>
      </w:r>
      <w:r>
        <w:rPr>
          <w:rFonts w:ascii="Arial" w:hAnsi="Arial" w:eastAsia="Arial" w:cs="Arial"/>
          <w:b w:val="0"/>
          <w:color w:val="1A1A1A"/>
          <w:sz w:val="19"/>
          <w:highlight w:val="yellow"/>
          <w:lang w:val="de-CH"/>
        </w:rPr>
        <w:t>[Datum, vom Arbeitgeber auszufüllen]</w:t>
      </w:r>
    </w:p>
    <w:p>
      <w:pPr>
        <w:keepNext w:val="0"/>
        <w:widowControl/>
        <w:spacing w:before="200" w:after="0" w:lineRule="auto" w:line="276"/>
      </w:pPr>
      <w:r>
        <w:rPr>
          <w:rFonts w:ascii="Arial" w:hAnsi="Arial" w:eastAsia="Arial" w:cs="Arial"/>
          <w:b w:val="0"/>
          <w:color w:val="1A1A1A"/>
          <w:sz w:val="19"/>
          <w:lang w:val="de-CH"/>
        </w:rPr>
        <w:t xml:space="preserve">Für den Arbeitgeber: </w:t>
      </w:r>
      <w:r>
        <w:rPr>
          <w:rFonts w:ascii="Arial" w:hAnsi="Arial" w:eastAsia="Arial" w:cs="Arial"/>
          <w:b w:val="0"/>
          <w:color w:val="1A1A1A"/>
          <w:sz w:val="19"/>
          <w:highlight w:val="yellow"/>
          <w:lang w:val="de-CH"/>
        </w:rPr>
        <w:t>[Name und Unterschrift der empfangenden Person]</w:t>
      </w:r>
    </w:p>
    <w:sectPr w:rsidR="00FC693F" w:rsidRPr="0006063C" w:rsidSect="00034616">
      <w:pgSz w:w="11906" w:h="16838"/>
      <w:pgMar w:top="1020" w:right="1134" w:bottom="850"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76" w:lineRule="auto"/>
    </w:pPr>
    <w:rPr>
      <w:rFonts w:ascii="Arial" w:hAnsi="Arial" w:eastAsia="Arial" w:cs="Arial"/>
      <w:color w:val="1A1A1A"/>
      <w:sz w:val="22"/>
      <w:lang w:val="de-CH"/>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before="0" w:after="40" w:line="240" w:lineRule="auto"/>
    </w:pPr>
    <w:rPr>
      <w:rFonts w:ascii="Arial" w:hAnsi="Arial" w:eastAsia="Arial" w:cs="Arial"/>
      <w:b/>
      <w:color w:val="1A1A1A"/>
      <w:sz w:val="40"/>
      <w:szCs w:val="52"/>
      <w:lang w:val="de-CH"/>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Kündigung wegen Pensionierung: Vorlage</dc:title>
  <dc:subject>Kündigung Arbeitsvertrag Schweiz</dc:subject>
  <dc:creator>jopp</dc:creator>
  <cp:keywords>Kündigung, Arbeitsvertrag, Vorlage, Schweiz</cp:keywords>
  <dc:description>Vorlage von jopp (getjopp.app). Gelb markierte Angaben ersetzen.</dc:description>
  <cp:lastModifiedBy>jopp</cp:lastModifiedBy>
  <cp:revision>1</cp:revision>
  <dcterms:created xsi:type="dcterms:W3CDTF">2026-09-16T12:00:00Z</dcterms:created>
  <dcterms:modified xsi:type="dcterms:W3CDTF">2026-09-16T12:00:00Z</dcterms:modified>
  <cp:category>Vorlage</cp:category>
  <dc:language>de-CH</dc:language>
</cp:coreProperties>
</file>