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widowControl/>
      </w:pPr>
      <w:r>
        <w:rPr>
          <w:highlight w:val="yellow"/>
        </w:rPr>
        <w:t>[Vorname Nachname]</w:t>
      </w:r>
    </w:p>
    <w:p>
      <w:pPr>
        <w:keepNext w:val="0"/>
        <w:widowControl/>
        <w:spacing w:before="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[Strasse Nr.]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,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[PLZ Ort]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·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[Telefon]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·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[E-Mail]</w:t>
      </w:r>
    </w:p>
    <w:p>
      <w:pPr>
        <w:keepNext w:val="0"/>
        <w:widowControl/>
        <w:spacing w:before="118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[Firma]</w:t>
      </w:r>
    </w:p>
    <w:p>
      <w:pPr>
        <w:keepNext w:val="0"/>
        <w:widowControl/>
        <w:spacing w:before="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zuhanden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[Vorname Nachname]</w:t>
      </w:r>
    </w:p>
    <w:p>
      <w:pPr>
        <w:keepNext w:val="0"/>
        <w:widowControl/>
        <w:spacing w:before="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[Strasse Nr.]</w:t>
      </w:r>
    </w:p>
    <w:p>
      <w:pPr>
        <w:keepNext w:val="0"/>
        <w:widowControl/>
        <w:spacing w:before="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[PLZ Ort]</w:t>
      </w:r>
    </w:p>
    <w:p>
      <w:pPr>
        <w:keepNext w:val="0"/>
        <w:widowControl/>
        <w:spacing w:before="5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[Einschreiben / Persönlich übergeben]</w:t>
      </w:r>
    </w:p>
    <w:p>
      <w:pPr>
        <w:keepNext w:val="0"/>
        <w:widowControl/>
        <w:spacing w:before="24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[Ort]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,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[TT. Monat JJJJ]</w:t>
      </w:r>
    </w:p>
    <w:p>
      <w:pPr>
        <w:keepNext/>
        <w:widowControl/>
        <w:spacing w:before="680" w:after="0" w:lineRule="auto" w:line="276"/>
      </w:pPr>
      <w:r>
        <w:rPr>
          <w:rFonts w:ascii="Arial" w:hAnsi="Arial" w:eastAsia="Arial" w:cs="Arial"/>
          <w:b/>
          <w:color w:val="1A1A1A"/>
          <w:sz w:val="22"/>
          <w:lang w:val="de-CH"/>
        </w:rPr>
        <w:t>Kündigung meines Arbeitsvertrags in der Probezeit</w:t>
      </w:r>
    </w:p>
    <w:p>
      <w:pPr>
        <w:keepNext/>
        <w:widowControl/>
        <w:spacing w:before="40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[Sehr geehrte Frau Nachname / Sehr geehrter Herr Nachname]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Hiermit kündige ich meinen Arbeitsvertrag während der Probezeit unter Einhaltung der Kündigungsfrist per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[Enddatum]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bzw. auf den nächstmöglichen Termin.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>Bitte bestätigen Sie mir den Erhalt dieser Kündigung und das Ende des Arbeitsverhältnisses schriftlich.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>Gerne bespreche ich mit Ihnen, wie wir mit allfälligen restlichen Ferientagen und Überstunden umgehen. Zudem bitte ich Sie, mir auf das Ende des Arbeitsverhältnisses ein Arbeitszeugnis auszustellen.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[Optional, sonst lösch diesen Absatz]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Ich danke Ihnen für die Zusammenarbeit.</w:t>
      </w:r>
    </w:p>
    <w:p>
      <w:pPr>
        <w:keepNext/>
        <w:widowControl/>
        <w:spacing w:before="3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>Freundliche Grüsse</w:t>
      </w:r>
    </w:p>
    <w:p>
      <w:pPr>
        <w:keepNext/>
        <w:widowControl/>
        <w:spacing w:before="7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[Unterschrift von Hand]</w:t>
      </w:r>
    </w:p>
    <w:p>
      <w:pPr>
        <w:keepNext w:val="0"/>
        <w:widowControl/>
        <w:spacing w:before="8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[Vorname Nachname]</w:t>
      </w:r>
    </w:p>
    <w:p>
      <w:pPr>
        <w:keepNext/>
        <w:widowControl/>
        <w:pBdr>
          <w:top w:val="single" w:sz="4" w:space="6" w:color="808080"/>
        </w:pBdr>
        <w:spacing w:before="800" w:after="0" w:lineRule="auto" w:line="276"/>
      </w:pPr>
      <w:r>
        <w:rPr>
          <w:rFonts w:ascii="Arial" w:hAnsi="Arial" w:eastAsia="Arial" w:cs="Arial"/>
          <w:b/>
          <w:color w:val="1A1A1A"/>
          <w:sz w:val="19"/>
          <w:lang w:val="de-CH"/>
        </w:rPr>
        <w:t xml:space="preserve">Empfangsbestätigung </w:t>
      </w:r>
      <w:r>
        <w:rPr>
          <w:rFonts w:ascii="Arial" w:hAnsi="Arial" w:eastAsia="Arial" w:cs="Arial"/>
          <w:b w:val="0"/>
          <w:color w:val="1A1A1A"/>
          <w:sz w:val="19"/>
          <w:highlight w:val="yellow"/>
          <w:lang w:val="de-CH"/>
        </w:rPr>
        <w:t>[nur bei persönlicher Übergabe, sonst lösch diesen Block]</w:t>
      </w:r>
    </w:p>
    <w:p>
      <w:pPr>
        <w:keepNext/>
        <w:widowControl/>
        <w:spacing w:before="200" w:after="0" w:lineRule="auto" w:line="276"/>
      </w:pPr>
      <w:r>
        <w:rPr>
          <w:rFonts w:ascii="Arial" w:hAnsi="Arial" w:eastAsia="Arial" w:cs="Arial"/>
          <w:b w:val="0"/>
          <w:color w:val="1A1A1A"/>
          <w:sz w:val="19"/>
          <w:lang w:val="de-CH"/>
        </w:rPr>
        <w:t xml:space="preserve">Kündigung erhalten am </w:t>
      </w:r>
      <w:r>
        <w:rPr>
          <w:rFonts w:ascii="Arial" w:hAnsi="Arial" w:eastAsia="Arial" w:cs="Arial"/>
          <w:b w:val="0"/>
          <w:color w:val="1A1A1A"/>
          <w:sz w:val="19"/>
          <w:highlight w:val="yellow"/>
          <w:lang w:val="de-CH"/>
        </w:rPr>
        <w:t>[Datum, vom Arbeitgeber auszufüllen]</w:t>
      </w:r>
    </w:p>
    <w:p>
      <w:pPr>
        <w:keepNext w:val="0"/>
        <w:widowControl/>
        <w:spacing w:before="200" w:after="0" w:lineRule="auto" w:line="276"/>
      </w:pPr>
      <w:r>
        <w:rPr>
          <w:rFonts w:ascii="Arial" w:hAnsi="Arial" w:eastAsia="Arial" w:cs="Arial"/>
          <w:b w:val="0"/>
          <w:color w:val="1A1A1A"/>
          <w:sz w:val="19"/>
          <w:lang w:val="de-CH"/>
        </w:rPr>
        <w:t xml:space="preserve">Für den Arbeitgeber: </w:t>
      </w:r>
      <w:r>
        <w:rPr>
          <w:rFonts w:ascii="Arial" w:hAnsi="Arial" w:eastAsia="Arial" w:cs="Arial"/>
          <w:b w:val="0"/>
          <w:color w:val="1A1A1A"/>
          <w:sz w:val="19"/>
          <w:highlight w:val="yellow"/>
          <w:lang w:val="de-CH"/>
        </w:rPr>
        <w:t>[Name und Unterschrift der empfangenden Person]</w:t>
      </w:r>
    </w:p>
    <w:sectPr w:rsidR="00FC693F" w:rsidRPr="0006063C" w:rsidSect="00034616">
      <w:pgSz w:w="11906" w:h="16838"/>
      <w:pgMar w:top="1020" w:right="1134" w:bottom="850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 w:eastAsia="Arial" w:cs="Arial"/>
      <w:color w:val="1A1A1A"/>
      <w:sz w:val="22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before="0" w:after="40" w:line="240" w:lineRule="auto"/>
    </w:pPr>
    <w:rPr>
      <w:rFonts w:ascii="Arial" w:hAnsi="Arial" w:eastAsia="Arial" w:cs="Arial"/>
      <w:b/>
      <w:color w:val="1A1A1A"/>
      <w:sz w:val="40"/>
      <w:szCs w:val="52"/>
      <w:lang w:val="de-CH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Kündigung in der Probezeit: Vorlage</dc:title>
  <dc:subject>Kündigung Arbeitsvertrag Schweiz</dc:subject>
  <dc:creator>jopp</dc:creator>
  <cp:keywords>Kündigung, Arbeitsvertrag, Vorlage, Schweiz</cp:keywords>
  <dc:description>Vorlage von jopp (getjopp.app). Gelb markierte Angaben ersetzen.</dc:description>
  <cp:lastModifiedBy>jopp</cp:lastModifiedBy>
  <cp:revision>1</cp:revision>
  <dcterms:created xsi:type="dcterms:W3CDTF">2026-09-16T12:00:00Z</dcterms:created>
  <dcterms:modified xsi:type="dcterms:W3CDTF">2026-09-16T12:00:00Z</dcterms:modified>
  <cp:category>Vorlage</cp:category>
  <dc:language>de-CH</dc:language>
</cp:coreProperties>
</file>