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highlight w:val="yellow"/>
        </w:rPr>
        <w:t>[Vorname Nachname]</w:t>
      </w:r>
    </w:p>
    <w:p>
      <w:pPr>
        <w:pStyle w:val="Subtitle"/>
      </w:pPr>
      <w:r>
        <w:rPr>
          <w:highlight w:val="yellow"/>
        </w:rPr>
        <w:t>[Beruf oder angestrebte Funktion]</w:t>
      </w:r>
    </w:p>
    <w:p>
      <w:pPr>
        <w:spacing w:after="200"/>
      </w:pPr>
      <w:r>
        <w:rPr>
          <w:highlight w:val="yellow"/>
        </w:rPr>
        <w:t>[Strasse Nr.]</w:t>
      </w:r>
      <w:r>
        <w:rPr/>
        <w:t xml:space="preserve">, </w:t>
      </w:r>
      <w:r>
        <w:rPr>
          <w:highlight w:val="yellow"/>
        </w:rPr>
        <w:t>[PLZ Ort]</w:t>
      </w:r>
      <w:r>
        <w:rPr/>
        <w:t xml:space="preserve"> · </w:t>
      </w:r>
      <w:r>
        <w:rPr>
          <w:highlight w:val="yellow"/>
        </w:rPr>
        <w:t>[Telefon]</w:t>
      </w:r>
      <w:r>
        <w:rPr/>
        <w:t xml:space="preserve"> · </w:t>
      </w:r>
      <w:r>
        <w:rPr>
          <w:highlight w:val="yellow"/>
        </w:rPr>
        <w:t>[E-Mail]</w:t>
      </w:r>
      <w:r>
        <w:rPr/>
        <w:t xml:space="preserve"> · </w:t>
      </w:r>
      <w:r>
        <w:rPr>
          <w:highlight w:val="yellow"/>
        </w:rPr>
        <w:t>[LinkedIn, optional; sonst samt Trennpunkt löschen]</w:t>
      </w:r>
    </w:p>
    <w:tbl>
      <w:tblPr>
        <w:tblW w:type="dxa" w:w="9638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firstColumn="0" w:firstRow="0" w:lastColumn="0" w:lastRow="0" w:noHBand="0" w:noVBand="1" w:val="0000"/>
      </w:tblPr>
      <w:tblGrid>
        <w:gridCol w:w="7597"/>
        <w:gridCol w:w="2041"/>
      </w:tblGrid>
      <w:tr>
        <w:trPr>
          <w:cantSplit/>
        </w:trPr>
        <w:tc>
          <w:tcPr>
            <w:tcW w:type="dxa" w:w="7597"/>
            <w:vAlign w:val="top"/>
          </w:tcPr>
          <w:tbl>
            <w:tblPr>
              <w:tblW w:type="dxa" w:w="7597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0" w:type="dxa"/>
                <w:right w:w="0" w:type="dxa"/>
              </w:tblCellMar>
              <w:tblLook w:firstColumn="0" w:firstRow="0" w:lastColumn="0" w:lastRow="0" w:noHBand="0" w:noVBand="1" w:val="0000"/>
            </w:tblPr>
            <w:tblGrid>
              <w:gridCol w:w="2608"/>
              <w:gridCol w:w="4989"/>
            </w:tblGrid>
            <w:tr>
              <w:trPr>
                <w:cantSplit/>
              </w:trPr>
              <w:tc>
                <w:tcPr>
                  <w:tcW w:type="dxa" w:w="2608"/>
                  <w:vAlign w:val="top"/>
                </w:tcPr>
                <w:p>
                  <w:pPr>
                    <w:spacing w:after="40"/>
                  </w:pPr>
                  <w:r>
                    <w:rPr/>
                    <w:t>Geburtsdatum</w:t>
                  </w:r>
                </w:p>
              </w:tc>
              <w:tc>
                <w:tcPr>
                  <w:tcW w:type="dxa" w:w="4989"/>
                  <w:vAlign w:val="top"/>
                </w:tcPr>
                <w:p>
                  <w:pPr>
                    <w:spacing w:after="40"/>
                  </w:pPr>
                  <w:r>
                    <w:rPr>
                      <w:highlight w:val="yellow"/>
                    </w:rPr>
                    <w:t>[TT.MM.JJJJ, optional; sonst Zeile löschen]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608"/>
                  <w:vAlign w:val="top"/>
                </w:tcPr>
                <w:p>
                  <w:pPr>
                    <w:spacing w:after="40"/>
                  </w:pPr>
                  <w:r>
                    <w:rPr/>
                    <w:t>Nationalität</w:t>
                  </w:r>
                </w:p>
              </w:tc>
              <w:tc>
                <w:tcPr>
                  <w:tcW w:type="dxa" w:w="4989"/>
                  <w:vAlign w:val="top"/>
                </w:tcPr>
                <w:p>
                  <w:pPr>
                    <w:spacing w:after="40"/>
                  </w:pPr>
                  <w:r>
                    <w:rPr>
                      <w:highlight w:val="yellow"/>
                    </w:rPr>
                    <w:t>[Land; mit Schweizer Bürgerrecht optional]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608"/>
                  <w:vAlign w:val="top"/>
                </w:tcPr>
                <w:p>
                  <w:pPr>
                    <w:spacing w:after="40"/>
                  </w:pPr>
                  <w:r>
                    <w:rPr/>
                    <w:t>Bewilligung</w:t>
                  </w:r>
                </w:p>
              </w:tc>
              <w:tc>
                <w:tcPr>
                  <w:tcW w:type="dxa" w:w="4989"/>
                  <w:vAlign w:val="top"/>
                </w:tcPr>
                <w:p>
                  <w:pPr>
                    <w:spacing w:after="40"/>
                  </w:pPr>
                  <w:r>
                    <w:rPr>
                      <w:highlight w:val="yellow"/>
                    </w:rPr>
                    <w:t>[Vorhandener Ausweis, z. B. C; mit Schweizer Bürgerrecht oder ohne Ausweis Zeile löschen]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608"/>
                  <w:vAlign w:val="top"/>
                </w:tcPr>
                <w:p>
                  <w:pPr>
                    <w:spacing w:after="40"/>
                  </w:pPr>
                  <w:r>
                    <w:rPr/>
                    <w:t>Führerausweis</w:t>
                  </w:r>
                </w:p>
              </w:tc>
              <w:tc>
                <w:tcPr>
                  <w:tcW w:type="dxa" w:w="4989"/>
                  <w:vAlign w:val="top"/>
                </w:tcPr>
                <w:p>
                  <w:pPr>
                    <w:spacing w:after="40"/>
                  </w:pPr>
                  <w:r>
                    <w:rPr>
                      <w:highlight w:val="yellow"/>
                    </w:rPr>
                    <w:t>[Kategorie, falls stellenrelevant; sonst Zeile löschen]</w:t>
                  </w:r>
                </w:p>
              </w:tc>
            </w:tr>
          </w:tbl>
          <w:p>
            <w:pPr>
              <w:spacing w:line="20" w:lineRule="exact" w:after="0"/>
            </w:pPr>
          </w:p>
        </w:tc>
        <w:tc>
          <w:tcPr>
            <w:tcW w:type="dxa" w:w="2041"/>
            <w:vAlign w:val="top"/>
          </w:tcPr>
          <w:p>
            <w:pPr>
              <w:spacing w:line="240" w:lineRule="auto"/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1260000" cy="1620000"/>
                  <wp:docPr id="1" name="Foto" descr="Bewerbungsfoto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62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Heading1"/>
      </w:pPr>
      <w:r>
        <w:t>Kurzprofil</w:t>
      </w:r>
    </w:p>
    <w:p>
      <w:pPr>
        <w:spacing w:before="0"/>
      </w:pPr>
      <w:r>
        <w:rPr>
          <w:highlight w:val="yellow"/>
        </w:rPr>
        <w:t>[Optional: zwei bis drei Sätze zu deiner Erfahrung und deinen Stärken, passend zum Inserat. Sonst samt Titel löschen.]</w:t>
      </w:r>
    </w:p>
    <w:p>
      <w:pPr>
        <w:pStyle w:val="Heading1"/>
      </w:pPr>
      <w:r>
        <w:t>Berufserfahrung</w:t>
      </w:r>
    </w:p>
    <w:tbl>
      <w:tblPr>
        <w:tblW w:type="dxa" w:w="9638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firstColumn="0" w:firstRow="0" w:lastColumn="0" w:lastRow="0" w:noHBand="0" w:noVBand="1" w:val="0000"/>
      </w:tblPr>
      <w:tblGrid>
        <w:gridCol w:w="2608"/>
        <w:gridCol w:w="7030"/>
      </w:tblGrid>
      <w:tr>
        <w:trPr>
          <w:cantSplit/>
        </w:trPr>
        <w:tc>
          <w:tcPr>
            <w:tcW w:type="dxa" w:w="2608"/>
            <w:vAlign w:val="top"/>
          </w:tcPr>
          <w:p>
            <w:pPr>
              <w:spacing w:before="0"/>
            </w:pPr>
            <w:r>
              <w:rPr/>
              <w:t xml:space="preserve">seit </w:t>
            </w:r>
            <w:r>
              <w:rPr>
                <w:highlight w:val="yellow"/>
              </w:rPr>
              <w:t>[MM.JJJJ]</w:t>
            </w:r>
          </w:p>
        </w:tc>
        <w:tc>
          <w:tcPr>
            <w:tcW w:type="dxa" w:w="7030"/>
            <w:vAlign w:val="top"/>
          </w:tcPr>
          <w:p>
            <w:pPr>
              <w:spacing w:before="0"/>
            </w:pPr>
            <w:r>
              <w:rPr>
                <w:b/>
                <w:highlight w:val="yellow"/>
              </w:rPr>
              <w:t>[Funktion]</w:t>
            </w:r>
            <w:r>
              <w:rPr>
                <w:b/>
              </w:rPr>
              <w:t xml:space="preserve"> · </w:t>
            </w:r>
            <w:r>
              <w:rPr>
                <w:b/>
                <w:highlight w:val="yellow"/>
              </w:rPr>
              <w:t>[Pensum]</w:t>
            </w:r>
            <w:r>
              <w:rPr>
                <w:b/>
              </w:rPr>
              <w:t xml:space="preserve"> %</w:t>
            </w:r>
          </w:p>
          <w:p>
            <w:r>
              <w:rPr>
                <w:highlight w:val="yellow"/>
              </w:rPr>
              <w:t>[Arbeitgeber]</w:t>
            </w:r>
            <w:r>
              <w:rPr/>
              <w:t xml:space="preserve">, </w:t>
            </w:r>
            <w:r>
              <w:rPr>
                <w:highlight w:val="yellow"/>
              </w:rPr>
              <w:t>[Ort]</w:t>
            </w:r>
          </w:p>
          <w:p>
            <w:pPr>
              <w:pStyle w:val="ListBullet"/>
            </w:pPr>
            <w:r>
              <w:rPr>
                <w:highlight w:val="yellow"/>
              </w:rPr>
              <w:t>[Hauptaufgabe oder Verantwortung, konkret beschrieben]</w:t>
            </w:r>
          </w:p>
          <w:p>
            <w:pPr>
              <w:pStyle w:val="ListBullet"/>
            </w:pPr>
            <w:r>
              <w:rPr>
                <w:highlight w:val="yellow"/>
              </w:rPr>
              <w:t>[Ergebnis, das du belegen kannst, z. B. mit einer Zahl]</w:t>
            </w:r>
          </w:p>
          <w:p>
            <w:pPr>
              <w:pStyle w:val="ListBullet"/>
            </w:pPr>
            <w:r>
              <w:rPr>
                <w:highlight w:val="yellow"/>
              </w:rPr>
              <w:t>[Projekt, Werkzeug oder Fachgebiet, das für die neue Stelle zählt]</w:t>
            </w:r>
          </w:p>
        </w:tc>
      </w:tr>
      <w:tr>
        <w:trPr>
          <w:cantSplit/>
        </w:trPr>
        <w:tc>
          <w:tcPr>
            <w:tcW w:type="dxa" w:w="2608"/>
            <w:vAlign w:val="top"/>
          </w:tcPr>
          <w:p>
            <w:pPr>
              <w:spacing w:before="140"/>
            </w:pPr>
            <w:r>
              <w:rPr>
                <w:highlight w:val="yellow"/>
              </w:rPr>
              <w:t>[MM.JJJJ]</w:t>
            </w:r>
            <w:r>
              <w:rPr/>
              <w:t xml:space="preserve"> bis </w:t>
            </w:r>
            <w:r>
              <w:rPr>
                <w:highlight w:val="yellow"/>
              </w:rPr>
              <w:t>[MM.JJJJ]</w:t>
            </w:r>
          </w:p>
        </w:tc>
        <w:tc>
          <w:tcPr>
            <w:tcW w:type="dxa" w:w="7030"/>
            <w:vAlign w:val="top"/>
          </w:tcPr>
          <w:p>
            <w:pPr>
              <w:spacing w:before="140"/>
            </w:pPr>
            <w:r>
              <w:rPr>
                <w:b/>
                <w:highlight w:val="yellow"/>
              </w:rPr>
              <w:t>[Funktion]</w:t>
            </w:r>
            <w:r>
              <w:rPr>
                <w:b/>
              </w:rPr>
              <w:t xml:space="preserve"> · </w:t>
            </w:r>
            <w:r>
              <w:rPr>
                <w:b/>
                <w:highlight w:val="yellow"/>
              </w:rPr>
              <w:t>[Pensum]</w:t>
            </w:r>
            <w:r>
              <w:rPr>
                <w:b/>
              </w:rPr>
              <w:t xml:space="preserve"> %</w:t>
            </w:r>
          </w:p>
          <w:p>
            <w:r>
              <w:rPr>
                <w:highlight w:val="yellow"/>
              </w:rPr>
              <w:t>[Arbeitgeber]</w:t>
            </w:r>
            <w:r>
              <w:rPr/>
              <w:t xml:space="preserve">, </w:t>
            </w:r>
            <w:r>
              <w:rPr>
                <w:highlight w:val="yellow"/>
              </w:rPr>
              <w:t>[Ort]</w:t>
            </w:r>
            <w:r>
              <w:rPr/>
              <w:t xml:space="preserve"> · </w:t>
            </w:r>
            <w:r>
              <w:rPr>
                <w:highlight w:val="yellow"/>
              </w:rPr>
              <w:t>[Branche, optional; sonst samt Trennpunkt löschen]</w:t>
            </w:r>
          </w:p>
          <w:p>
            <w:pPr>
              <w:pStyle w:val="ListBullet"/>
            </w:pPr>
            <w:r>
              <w:rPr>
                <w:highlight w:val="yellow"/>
              </w:rPr>
              <w:t>[Hauptaufgabe oder Verantwortung, konkret beschrieben]</w:t>
            </w:r>
          </w:p>
          <w:p>
            <w:pPr>
              <w:pStyle w:val="ListBullet"/>
            </w:pPr>
            <w:r>
              <w:rPr>
                <w:highlight w:val="yellow"/>
              </w:rPr>
              <w:t>[Ergebnis, das du belegen kannst, z. B. mit einer Zahl]</w:t>
            </w:r>
          </w:p>
        </w:tc>
      </w:tr>
      <w:tr>
        <w:trPr>
          <w:cantSplit/>
        </w:trPr>
        <w:tc>
          <w:tcPr>
            <w:tcW w:type="dxa" w:w="2608"/>
            <w:vAlign w:val="top"/>
          </w:tcPr>
          <w:p>
            <w:pPr>
              <w:spacing w:before="140"/>
            </w:pPr>
            <w:r>
              <w:rPr>
                <w:highlight w:val="yellow"/>
              </w:rPr>
              <w:t>[MM.JJJJ]</w:t>
            </w:r>
            <w:r>
              <w:rPr/>
              <w:t xml:space="preserve"> bis </w:t>
            </w:r>
            <w:r>
              <w:rPr>
                <w:highlight w:val="yellow"/>
              </w:rPr>
              <w:t>[MM.JJJJ]</w:t>
            </w:r>
          </w:p>
        </w:tc>
        <w:tc>
          <w:tcPr>
            <w:tcW w:type="dxa" w:w="7030"/>
            <w:vAlign w:val="top"/>
          </w:tcPr>
          <w:p>
            <w:pPr>
              <w:spacing w:before="140"/>
            </w:pPr>
            <w:r>
              <w:rPr>
                <w:b/>
                <w:highlight w:val="yellow"/>
              </w:rPr>
              <w:t>[Zeit ohne Anstellung ab etwa drei Monaten, z. B. Stellensuche; sonst Zeile löschen]</w:t>
            </w:r>
          </w:p>
          <w:p>
            <w:r>
              <w:rPr>
                <w:highlight w:val="yellow"/>
              </w:rPr>
              <w:t>[Tätigkeiten in dieser Zeit, falls zutreffend, z. B. Kurse oder Freiwilligenarbeit; sonst Absatz löschen]</w:t>
            </w:r>
          </w:p>
        </w:tc>
      </w:tr>
      <w:tr>
        <w:trPr>
          <w:cantSplit/>
        </w:trPr>
        <w:tc>
          <w:tcPr>
            <w:tcW w:type="dxa" w:w="2608"/>
            <w:vAlign w:val="top"/>
          </w:tcPr>
          <w:p>
            <w:pPr>
              <w:spacing w:before="140"/>
            </w:pPr>
            <w:r>
              <w:rPr>
                <w:highlight w:val="yellow"/>
              </w:rPr>
              <w:t>[MM.JJJJ]</w:t>
            </w:r>
            <w:r>
              <w:rPr/>
              <w:t xml:space="preserve"> bis </w:t>
            </w:r>
            <w:r>
              <w:rPr>
                <w:highlight w:val="yellow"/>
              </w:rPr>
              <w:t>[MM.JJJJ]</w:t>
            </w:r>
          </w:p>
        </w:tc>
        <w:tc>
          <w:tcPr>
            <w:tcW w:type="dxa" w:w="7030"/>
            <w:vAlign w:val="top"/>
          </w:tcPr>
          <w:p>
            <w:pPr>
              <w:spacing w:before="140"/>
            </w:pPr>
            <w:r>
              <w:rPr>
                <w:b/>
                <w:highlight w:val="yellow"/>
              </w:rPr>
              <w:t>[Funktion]</w:t>
            </w:r>
            <w:r>
              <w:rPr>
                <w:b/>
              </w:rPr>
              <w:t xml:space="preserve"> · </w:t>
            </w:r>
            <w:r>
              <w:rPr>
                <w:b/>
                <w:highlight w:val="yellow"/>
              </w:rPr>
              <w:t>[Pensum]</w:t>
            </w:r>
            <w:r>
              <w:rPr>
                <w:b/>
              </w:rPr>
              <w:t xml:space="preserve"> %</w:t>
            </w:r>
          </w:p>
          <w:p>
            <w:r>
              <w:rPr>
                <w:highlight w:val="yellow"/>
              </w:rPr>
              <w:t>[Arbeitgeber]</w:t>
            </w:r>
            <w:r>
              <w:rPr/>
              <w:t xml:space="preserve">, </w:t>
            </w:r>
            <w:r>
              <w:rPr>
                <w:highlight w:val="yellow"/>
              </w:rPr>
              <w:t>[Ort]</w:t>
            </w:r>
          </w:p>
          <w:p>
            <w:pPr>
              <w:pStyle w:val="ListBullet"/>
            </w:pPr>
            <w:r>
              <w:rPr>
                <w:highlight w:val="yellow"/>
              </w:rPr>
              <w:t>[Hauptaufgabe oder Verantwortung, konkret beschrieben]</w:t>
            </w:r>
          </w:p>
        </w:tc>
      </w:tr>
    </w:tbl>
    <w:p>
      <w:pPr>
        <w:pStyle w:val="Heading1"/>
      </w:pPr>
      <w:r>
        <w:t>Aus- und Weiterbildung</w:t>
      </w:r>
    </w:p>
    <w:tbl>
      <w:tblPr>
        <w:tblW w:type="dxa" w:w="9638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firstColumn="0" w:firstRow="0" w:lastColumn="0" w:lastRow="0" w:noHBand="0" w:noVBand="1" w:val="0000"/>
      </w:tblPr>
      <w:tblGrid>
        <w:gridCol w:w="2608"/>
        <w:gridCol w:w="7030"/>
      </w:tblGrid>
      <w:tr>
        <w:trPr>
          <w:cantSplit/>
        </w:trPr>
        <w:tc>
          <w:tcPr>
            <w:tcW w:type="dxa" w:w="2608"/>
            <w:vAlign w:val="top"/>
          </w:tcPr>
          <w:p>
            <w:pPr>
              <w:spacing w:before="0"/>
            </w:pPr>
            <w:r>
              <w:rPr>
                <w:highlight w:val="yellow"/>
              </w:rPr>
              <w:t>[MM.JJJJ]</w:t>
            </w:r>
            <w:r>
              <w:rPr/>
              <w:t xml:space="preserve"> bis </w:t>
            </w:r>
            <w:r>
              <w:rPr>
                <w:highlight w:val="yellow"/>
              </w:rPr>
              <w:t>[MM.JJJJ]</w:t>
            </w:r>
          </w:p>
        </w:tc>
        <w:tc>
          <w:tcPr>
            <w:tcW w:type="dxa" w:w="7030"/>
            <w:vAlign w:val="top"/>
          </w:tcPr>
          <w:p>
            <w:pPr>
              <w:spacing w:before="0"/>
            </w:pPr>
            <w:r>
              <w:rPr>
                <w:b/>
                <w:highlight w:val="yellow"/>
              </w:rPr>
              <w:t>[Weiterbildung, z. B. Titel mit eidg. Fachausweis]</w:t>
            </w:r>
          </w:p>
          <w:p>
            <w:r>
              <w:rPr>
                <w:highlight w:val="yellow"/>
              </w:rPr>
              <w:t>[Schule oder Anbieter]</w:t>
            </w:r>
            <w:r>
              <w:rPr/>
              <w:t xml:space="preserve">, </w:t>
            </w:r>
            <w:r>
              <w:rPr>
                <w:highlight w:val="yellow"/>
              </w:rPr>
              <w:t>[Ort]</w:t>
            </w:r>
          </w:p>
        </w:tc>
      </w:tr>
      <w:tr>
        <w:trPr>
          <w:cantSplit/>
        </w:trPr>
        <w:tc>
          <w:tcPr>
            <w:tcW w:type="dxa" w:w="2608"/>
            <w:vAlign w:val="top"/>
          </w:tcPr>
          <w:p>
            <w:pPr>
              <w:spacing w:before="140"/>
            </w:pPr>
            <w:r>
              <w:rPr>
                <w:highlight w:val="yellow"/>
              </w:rPr>
              <w:t>[MM.JJJJ]</w:t>
            </w:r>
            <w:r>
              <w:rPr/>
              <w:t xml:space="preserve"> bis </w:t>
            </w:r>
            <w:r>
              <w:rPr>
                <w:highlight w:val="yellow"/>
              </w:rPr>
              <w:t>[MM.JJJJ]</w:t>
            </w:r>
          </w:p>
        </w:tc>
        <w:tc>
          <w:tcPr>
            <w:tcW w:type="dxa" w:w="7030"/>
            <w:vAlign w:val="top"/>
          </w:tcPr>
          <w:p>
            <w:pPr>
              <w:spacing w:before="140"/>
            </w:pPr>
            <w:r>
              <w:rPr>
                <w:b/>
                <w:highlight w:val="yellow"/>
              </w:rPr>
              <w:t>[Abschluss, z. B. Kauffrau EFZ oder Bachelor of Science FH]</w:t>
            </w:r>
          </w:p>
          <w:p>
            <w:r>
              <w:rPr>
                <w:highlight w:val="yellow"/>
              </w:rPr>
              <w:t>[Schule, Hochschule oder Lehrbetrieb]</w:t>
            </w:r>
            <w:r>
              <w:rPr/>
              <w:t xml:space="preserve">, </w:t>
            </w:r>
            <w:r>
              <w:rPr>
                <w:highlight w:val="yellow"/>
              </w:rPr>
              <w:t>[Ort]</w:t>
            </w:r>
          </w:p>
        </w:tc>
      </w:tr>
      <w:tr>
        <w:trPr>
          <w:cantSplit/>
        </w:trPr>
        <w:tc>
          <w:tcPr>
            <w:tcW w:type="dxa" w:w="2608"/>
            <w:vAlign w:val="top"/>
          </w:tcPr>
          <w:p>
            <w:pPr>
              <w:spacing w:before="140"/>
            </w:pPr>
            <w:r>
              <w:rPr>
                <w:highlight w:val="yellow"/>
              </w:rPr>
              <w:t>[MM.JJJJ]</w:t>
            </w:r>
            <w:r>
              <w:rPr/>
              <w:t xml:space="preserve"> bis </w:t>
            </w:r>
            <w:r>
              <w:rPr>
                <w:highlight w:val="yellow"/>
              </w:rPr>
              <w:t>[MM.JJJJ]</w:t>
            </w:r>
          </w:p>
        </w:tc>
        <w:tc>
          <w:tcPr>
            <w:tcW w:type="dxa" w:w="7030"/>
            <w:vAlign w:val="top"/>
          </w:tcPr>
          <w:p>
            <w:pPr>
              <w:spacing w:before="140"/>
            </w:pPr>
            <w:r>
              <w:rPr>
                <w:b/>
                <w:highlight w:val="yellow"/>
              </w:rPr>
              <w:t>[Berufsmaturität oder gymnasiale Maturität, falls vorhanden; sonst Zeile löschen]</w:t>
            </w:r>
          </w:p>
          <w:p>
            <w:r>
              <w:rPr>
                <w:highlight w:val="yellow"/>
              </w:rPr>
              <w:t>[Schule]</w:t>
            </w:r>
            <w:r>
              <w:rPr/>
              <w:t xml:space="preserve">, </w:t>
            </w:r>
            <w:r>
              <w:rPr>
                <w:highlight w:val="yellow"/>
              </w:rPr>
              <w:t>[Ort]</w:t>
            </w:r>
          </w:p>
        </w:tc>
      </w:tr>
    </w:tbl>
    <w:p>
      <w:pPr>
        <w:pStyle w:val="Heading1"/>
      </w:pPr>
      <w:r>
        <w:t>Sprachen</w:t>
      </w:r>
    </w:p>
    <w:tbl>
      <w:tblPr>
        <w:tblW w:type="dxa" w:w="9638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firstColumn="0" w:firstRow="0" w:lastColumn="0" w:lastRow="0" w:noHBand="0" w:noVBand="1" w:val="0000"/>
      </w:tblPr>
      <w:tblGrid>
        <w:gridCol w:w="2608"/>
        <w:gridCol w:w="7030"/>
      </w:tblGrid>
      <w:tr>
        <w:trPr>
          <w:cantSplit/>
        </w:trPr>
        <w:tc>
          <w:tcPr>
            <w:tcW w:type="dxa" w:w="2608"/>
            <w:vAlign w:val="top"/>
          </w:tcPr>
          <w:p>
            <w:pPr>
              <w:spacing w:after="40"/>
            </w:pPr>
            <w:r>
              <w:rPr>
                <w:highlight w:val="yellow"/>
              </w:rPr>
              <w:t>[Sprache]</w:t>
            </w:r>
          </w:p>
        </w:tc>
        <w:tc>
          <w:tcPr>
            <w:tcW w:type="dxa" w:w="7030"/>
            <w:vAlign w:val="top"/>
          </w:tcPr>
          <w:p>
            <w:pPr>
              <w:spacing w:after="40"/>
            </w:pPr>
            <w:r>
              <w:rPr/>
              <w:t>Muttersprache</w:t>
            </w:r>
          </w:p>
        </w:tc>
      </w:tr>
      <w:tr>
        <w:trPr>
          <w:cantSplit/>
        </w:trPr>
        <w:tc>
          <w:tcPr>
            <w:tcW w:type="dxa" w:w="2608"/>
            <w:vAlign w:val="top"/>
          </w:tcPr>
          <w:p>
            <w:pPr>
              <w:spacing w:after="40"/>
            </w:pPr>
            <w:r>
              <w:rPr>
                <w:highlight w:val="yellow"/>
              </w:rPr>
              <w:t>[Sprache]</w:t>
            </w:r>
          </w:p>
        </w:tc>
        <w:tc>
          <w:tcPr>
            <w:tcW w:type="dxa" w:w="7030"/>
            <w:vAlign w:val="top"/>
          </w:tcPr>
          <w:p>
            <w:pPr>
              <w:spacing w:after="40"/>
            </w:pPr>
            <w:r>
              <w:rPr>
                <w:highlight w:val="yellow"/>
              </w:rPr>
              <w:t>[GER-Niveau, z. B. C1]</w:t>
            </w:r>
            <w:r>
              <w:rPr/>
              <w:t xml:space="preserve"> · </w:t>
            </w:r>
            <w:r>
              <w:rPr>
                <w:highlight w:val="yellow"/>
              </w:rPr>
              <w:t>[Zertifikat, optional; sonst samt Trennpunkt löschen]</w:t>
            </w:r>
          </w:p>
        </w:tc>
      </w:tr>
      <w:tr>
        <w:trPr>
          <w:cantSplit/>
        </w:trPr>
        <w:tc>
          <w:tcPr>
            <w:tcW w:type="dxa" w:w="2608"/>
            <w:vAlign w:val="top"/>
          </w:tcPr>
          <w:p>
            <w:pPr>
              <w:spacing w:after="40"/>
            </w:pPr>
            <w:r>
              <w:rPr>
                <w:highlight w:val="yellow"/>
              </w:rPr>
              <w:t>[Sprache]</w:t>
            </w:r>
          </w:p>
        </w:tc>
        <w:tc>
          <w:tcPr>
            <w:tcW w:type="dxa" w:w="7030"/>
            <w:vAlign w:val="top"/>
          </w:tcPr>
          <w:p>
            <w:pPr>
              <w:spacing w:after="40"/>
            </w:pPr>
            <w:r>
              <w:rPr>
                <w:highlight w:val="yellow"/>
              </w:rPr>
              <w:t>[GER-Niveau, z. B. B1]</w:t>
            </w:r>
          </w:p>
        </w:tc>
      </w:tr>
    </w:tbl>
    <w:p>
      <w:pPr>
        <w:pStyle w:val="Heading1"/>
      </w:pPr>
      <w:r>
        <w:t>Fach- und IT-Kenntnisse</w:t>
      </w:r>
    </w:p>
    <w:tbl>
      <w:tblPr>
        <w:tblW w:type="dxa" w:w="9638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firstColumn="0" w:firstRow="0" w:lastColumn="0" w:lastRow="0" w:noHBand="0" w:noVBand="1" w:val="0000"/>
      </w:tblPr>
      <w:tblGrid>
        <w:gridCol w:w="2608"/>
        <w:gridCol w:w="7030"/>
      </w:tblGrid>
      <w:tr>
        <w:trPr>
          <w:cantSplit/>
        </w:trPr>
        <w:tc>
          <w:tcPr>
            <w:tcW w:type="dxa" w:w="2608"/>
            <w:vAlign w:val="top"/>
          </w:tcPr>
          <w:p>
            <w:pPr>
              <w:spacing w:after="40"/>
            </w:pPr>
            <w:r>
              <w:rPr>
                <w:highlight w:val="yellow"/>
              </w:rPr>
              <w:t>[Fachkenntnis]</w:t>
            </w:r>
          </w:p>
        </w:tc>
        <w:tc>
          <w:tcPr>
            <w:tcW w:type="dxa" w:w="7030"/>
            <w:vAlign w:val="top"/>
          </w:tcPr>
          <w:p>
            <w:pPr>
              <w:spacing w:after="40"/>
            </w:pPr>
            <w:r>
              <w:rPr>
                <w:highlight w:val="yellow"/>
              </w:rPr>
              <w:t>[Wo und wie du sie einsetzt]</w:t>
            </w:r>
            <w:r>
              <w:rPr/>
              <w:t xml:space="preserve"> · </w:t>
            </w:r>
            <w:r>
              <w:rPr>
                <w:highlight w:val="yellow"/>
              </w:rPr>
              <w:t>[Zertifikat, optional; sonst samt Trennpunkt löschen]</w:t>
            </w:r>
          </w:p>
        </w:tc>
      </w:tr>
      <w:tr>
        <w:trPr>
          <w:cantSplit/>
        </w:trPr>
        <w:tc>
          <w:tcPr>
            <w:tcW w:type="dxa" w:w="2608"/>
            <w:vAlign w:val="top"/>
          </w:tcPr>
          <w:p>
            <w:pPr>
              <w:spacing w:after="40"/>
            </w:pPr>
            <w:r>
              <w:rPr>
                <w:highlight w:val="yellow"/>
              </w:rPr>
              <w:t>[Programm]</w:t>
            </w:r>
          </w:p>
        </w:tc>
        <w:tc>
          <w:tcPr>
            <w:tcW w:type="dxa" w:w="7030"/>
            <w:vAlign w:val="top"/>
          </w:tcPr>
          <w:p>
            <w:pPr>
              <w:spacing w:after="40"/>
            </w:pPr>
            <w:r>
              <w:rPr>
                <w:highlight w:val="yellow"/>
              </w:rPr>
              <w:t>[Wofür und wie oft du es nutzt]</w:t>
            </w:r>
          </w:p>
        </w:tc>
      </w:tr>
      <w:tr>
        <w:trPr>
          <w:cantSplit/>
        </w:trPr>
        <w:tc>
          <w:tcPr>
            <w:tcW w:type="dxa" w:w="2608"/>
            <w:vAlign w:val="top"/>
          </w:tcPr>
          <w:p>
            <w:pPr>
              <w:spacing w:after="40"/>
            </w:pPr>
            <w:r>
              <w:rPr>
                <w:highlight w:val="yellow"/>
              </w:rPr>
              <w:t>[Programm]</w:t>
            </w:r>
          </w:p>
        </w:tc>
        <w:tc>
          <w:tcPr>
            <w:tcW w:type="dxa" w:w="7030"/>
            <w:vAlign w:val="top"/>
          </w:tcPr>
          <w:p>
            <w:pPr>
              <w:spacing w:after="40"/>
            </w:pPr>
            <w:r>
              <w:rPr>
                <w:highlight w:val="yellow"/>
              </w:rPr>
              <w:t>[Wofür und wie oft du es nutzt]</w:t>
            </w:r>
          </w:p>
        </w:tc>
      </w:tr>
    </w:tbl>
    <w:p>
      <w:pPr>
        <w:pStyle w:val="Heading1"/>
      </w:pPr>
      <w:r>
        <w:t>Weitere Erfahrungen</w:t>
      </w:r>
    </w:p>
    <w:tbl>
      <w:tblPr>
        <w:tblW w:type="dxa" w:w="9638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firstColumn="0" w:firstRow="0" w:lastColumn="0" w:lastRow="0" w:noHBand="0" w:noVBand="1" w:val="0000"/>
      </w:tblPr>
      <w:tblGrid>
        <w:gridCol w:w="2608"/>
        <w:gridCol w:w="7030"/>
      </w:tblGrid>
      <w:tr>
        <w:trPr>
          <w:cantSplit/>
        </w:trPr>
        <w:tc>
          <w:tcPr>
            <w:tcW w:type="dxa" w:w="2608"/>
            <w:vAlign w:val="top"/>
          </w:tcPr>
          <w:p>
            <w:pPr>
              <w:spacing w:before="0"/>
            </w:pPr>
            <w:r>
              <w:rPr>
                <w:highlight w:val="yellow"/>
              </w:rPr>
              <w:t>[MM.JJJJ]</w:t>
            </w:r>
            <w:r>
              <w:rPr/>
              <w:t xml:space="preserve"> bis </w:t>
            </w:r>
            <w:r>
              <w:rPr>
                <w:highlight w:val="yellow"/>
              </w:rPr>
              <w:t>[MM.JJJJ]</w:t>
            </w:r>
          </w:p>
        </w:tc>
        <w:tc>
          <w:tcPr>
            <w:tcW w:type="dxa" w:w="7030"/>
            <w:vAlign w:val="top"/>
          </w:tcPr>
          <w:p>
            <w:pPr>
              <w:spacing w:before="0"/>
            </w:pPr>
            <w:r>
              <w:rPr>
                <w:b/>
                <w:highlight w:val="yellow"/>
              </w:rPr>
              <w:t>[Freiwilligenarbeit, Dienst oder Auslandaufenthalt, falls relevant; sonst samt Abschnittstitel löschen]</w:t>
            </w:r>
          </w:p>
          <w:p>
            <w:r>
              <w:rPr>
                <w:highlight w:val="yellow"/>
              </w:rPr>
              <w:t>[Organisation]</w:t>
            </w:r>
            <w:r>
              <w:rPr/>
              <w:t xml:space="preserve">, </w:t>
            </w:r>
            <w:r>
              <w:rPr>
                <w:highlight w:val="yellow"/>
              </w:rPr>
              <w:t>[Ort oder Land]</w:t>
            </w:r>
          </w:p>
        </w:tc>
      </w:tr>
    </w:tbl>
    <w:p>
      <w:pPr>
        <w:pStyle w:val="Heading1"/>
      </w:pPr>
      <w:r>
        <w:t>Interessen</w:t>
      </w:r>
    </w:p>
    <w:p>
      <w:pPr>
        <w:spacing w:before="0"/>
      </w:pPr>
      <w:r>
        <w:rPr>
          <w:highlight w:val="yellow"/>
        </w:rPr>
        <w:t>[Optional: ein bis drei Interessen, die du wirklich ausübst. Sonst samt Titel löschen.]</w:t>
      </w:r>
    </w:p>
    <w:p>
      <w:pPr>
        <w:pStyle w:val="Heading1"/>
      </w:pPr>
      <w:r>
        <w:t>Referenzen</w:t>
      </w:r>
    </w:p>
    <w:p>
      <w:pPr>
        <w:spacing w:before="0"/>
      </w:pPr>
      <w:r>
        <w:rPr/>
        <w:t>Referenzen auf Anfrage</w:t>
      </w:r>
    </w:p>
    <w:sectPr w:rsidR="00FC693F" w:rsidRPr="0006063C" w:rsidSect="00034616">
      <w:pgSz w:w="11906" w:h="16838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0">
    <w:multiLevelType w:val="singleLevel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Arial" w:hAnsi="Arial" w:cs="Arial" w:eastAsia="Arial"/>
        <w:color w:val="1F4E5F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90">
    <w:abstractNumId w:val="9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hAnsi="Arial" w:cs="Arial" w:eastAsia="Arial"/>
        <w:sz w:val="22"/>
        <w:szCs w:val="22"/>
        <w:lang w:val="de-CH" w:eastAsia="de-CH" w:bidi="ar-SA"/>
      </w:rPr>
    </w:rPrDefault>
    <w:pPrDefault>
      <w:pPr/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0" w:line="276" w:lineRule="auto"/>
    </w:pPr>
    <w:rPr>
      <w:rFonts w:ascii="Arial" w:hAnsi="Arial"/>
      <w:color w:val="1A1A1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pBdr>
        <w:bottom w:val="single" w:sz="6" w:space="2" w:color="1F4E5F"/>
      </w:pBdr>
      <w:spacing w:before="240" w:after="100" w:line="240" w:lineRule="auto"/>
      <w:outlineLvl w:val="0"/>
    </w:pPr>
    <w:rPr>
      <w:rFonts w:ascii="Arial" w:hAnsi="Arial" w:cs="Arial" w:eastAsia="Arial"/>
      <w:b/>
      <w:bCs/>
      <w:caps/>
      <w:color w:val="1F4E5F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40" w:line="240" w:lineRule="auto"/>
    </w:pPr>
    <w:rPr>
      <w:rFonts w:ascii="Arial" w:hAnsi="Arial" w:cs="Arial" w:eastAsia="Arial"/>
      <w:b/>
      <w:color w:val="1A1A1A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spacing w:after="80"/>
    </w:pPr>
    <w:rPr>
      <w:rFonts w:ascii="Arial" w:hAnsi="Arial" w:cs="Arial" w:eastAsia="Arial"/>
      <w:i w:val="0"/>
      <w:color w:val="1F4E5F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90"/>
      </w:numPr>
      <w:spacing w:before="20"/>
      <w:ind w:left="227" w:hanging="227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Lebenslauf für Berufserfahrene</dc:title>
  <dc:subject>Lebenslauf-Vorlage für die Stellensuche in der Schweiz</dc:subject>
  <dc:creator>jopp</dc:creator>
  <cp:keywords>Lebenslauf, Vorlage, Schweiz, CV, Bewerbung</cp:keywords>
  <dc:description>Vorlage von jopp (getjopp.app), Stand 16.09.2026. Platzhalter in [eckigen Klammern] ersetzen oder löschen.</dc:description>
  <cp:lastModifiedBy>jopp</cp:lastModifiedBy>
  <cp:revision>1</cp:revision>
  <dcterms:created xsi:type="dcterms:W3CDTF">2026-09-16T12:00:00Z</dcterms:created>
  <dcterms:modified xsi:type="dcterms:W3CDTF">2026-09-16T12:00:00Z</dcterms:modified>
  <cp:category>Vorlage</cp:category>
  <dc:language>de-CH</dc:language>
  <cp:contentStatus>Stand 16.09.2026</cp:contentStatus>
</cp:coreProperties>
</file>