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</w:pPr>
      <w:r>
        <w:rPr>
          <w:highlight w:val="yellow"/>
        </w:rPr>
        <w:t>[Vorname Nachname]</w:t>
      </w:r>
    </w:p>
    <w:p>
      <w:pPr>
        <w:pStyle w:val="BriefKontakt"/>
        <w:keepNext/>
      </w:pPr>
      <w:r>
        <w:rPr>
          <w:highlight w:val="yellow"/>
        </w:rPr>
        <w:t>[Strasse Nr.]</w:t>
      </w:r>
      <w:r>
        <w:t xml:space="preserve">, </w:t>
      </w:r>
      <w:r>
        <w:rPr>
          <w:highlight w:val="yellow"/>
        </w:rPr>
        <w:t>[PLZ Ort]</w:t>
      </w:r>
      <w:r>
        <w:t xml:space="preserve"> · </w:t>
      </w:r>
      <w:r>
        <w:rPr>
          <w:highlight w:val="yellow"/>
        </w:rPr>
        <w:t>[Telefon]</w:t>
      </w:r>
      <w:r>
        <w:t xml:space="preserve"> · </w:t>
      </w:r>
      <w:r>
        <w:rPr>
          <w:highlight w:val="yellow"/>
        </w:rPr>
        <w:t>[E-Mail]</w:t>
      </w:r>
    </w:p>
    <w:p>
      <w:pPr>
        <w:pStyle w:val="BriefAdresse"/>
        <w:keepNext/>
      </w:pPr>
      <w:r>
        <w:rPr>
          <w:highlight w:val="yellow"/>
        </w:rPr>
        <w:t>[Firmenname, genau wie im Inserat geschrieben]</w:t>
      </w:r>
    </w:p>
    <w:p>
      <w:pPr>
        <w:pStyle w:val="BriefAdresse"/>
        <w:keepNext/>
      </w:pPr>
      <w:r>
        <w:rPr>
          <w:highlight w:val="yellow"/>
        </w:rPr>
        <w:t>[Frau oder Herr Vorname Nachname, aus dem Inserat oder telefonisch erfragt]</w:t>
      </w:r>
    </w:p>
    <w:p>
      <w:pPr>
        <w:pStyle w:val="BriefAdresse"/>
        <w:keepNext/>
      </w:pPr>
      <w:r>
        <w:rPr>
          <w:highlight w:val="yellow"/>
        </w:rPr>
        <w:t>[Strasse Nr.]</w:t>
      </w:r>
    </w:p>
    <w:p>
      <w:pPr>
        <w:pStyle w:val="BriefAdresse"/>
        <w:keepNext/>
        <w:spacing w:after="280"/>
      </w:pPr>
      <w:r>
        <w:rPr>
          <w:highlight w:val="yellow"/>
        </w:rPr>
        <w:t>[PLZ Ort]</w:t>
      </w:r>
    </w:p>
    <w:p>
      <w:pPr>
        <w:pStyle w:val="BriefAdresse"/>
        <w:keepNext/>
        <w:spacing w:after="280"/>
      </w:pPr>
      <w:r>
        <w:rPr>
          <w:highlight w:val="yellow"/>
        </w:rPr>
        <w:t>[Ort]</w:t>
      </w:r>
      <w:r>
        <w:t xml:space="preserve">, </w:t>
      </w:r>
      <w:r>
        <w:rPr>
          <w:highlight w:val="yellow"/>
        </w:rPr>
        <w:t>[TT. Monat JJJJ]</w:t>
      </w:r>
    </w:p>
    <w:p>
      <w:pPr>
        <w:pStyle w:val="BriefBetreff"/>
        <w:keepNext/>
      </w:pPr>
      <w:r>
        <w:t xml:space="preserve">Bewerbung als </w:t>
      </w:r>
      <w:r>
        <w:rPr>
          <w:highlight w:val="yellow"/>
        </w:rPr>
        <w:t>[Stellenbezeichnung genau wie im Inserat]</w:t>
      </w:r>
      <w:r>
        <w:t xml:space="preserve">, </w:t>
      </w:r>
      <w:r>
        <w:rPr>
          <w:highlight w:val="yellow"/>
        </w:rPr>
        <w:t>[Pensum]</w:t>
      </w:r>
      <w:r>
        <w:t xml:space="preserve"> %, </w:t>
      </w:r>
      <w:r>
        <w:rPr>
          <w:highlight w:val="yellow"/>
        </w:rPr>
        <w:t>[Referenznummer, falls im Inserat genannt, sonst samt Komma löschen]</w:t>
      </w:r>
    </w:p>
    <w:p>
      <w:pPr>
        <w:pStyle w:val="BriefText"/>
        <w:keepNext/>
      </w:pPr>
      <w:r>
        <w:rPr>
          <w:highlight w:val="yellow"/>
        </w:rPr>
        <w:t>[Sehr geehrte Frau Nachname / Sehr geehrter Herr Nachname / Guten Tag Vorname Nachname, ohne Komma]</w:t>
      </w:r>
    </w:p>
    <w:p>
      <w:pPr>
        <w:pStyle w:val="BriefText"/>
      </w:pPr>
      <w:r>
        <w:rPr>
          <w:highlight w:val="yellow"/>
        </w:rPr>
        <w:t>[Aufgabe aus dem Inserat]</w:t>
      </w:r>
      <w:r>
        <w:t xml:space="preserve"> spricht mich an, weil </w:t>
      </w:r>
      <w:r>
        <w:rPr>
          <w:highlight w:val="yellow"/>
        </w:rPr>
        <w:t>[Bezug zu deiner Erfahrung oder Ausbildung]</w:t>
      </w:r>
      <w:r>
        <w:t xml:space="preserve">. </w:t>
      </w:r>
      <w:r>
        <w:rPr>
          <w:highlight w:val="yellow"/>
        </w:rPr>
        <w:t>[Warum dieser Betrieb? Nenne einen konkreten Bezug, etwa ein Projekt oder Gespräch.]</w:t>
      </w:r>
    </w:p>
    <w:p>
      <w:pPr>
        <w:pStyle w:val="BriefText"/>
      </w:pPr>
      <w:r>
        <w:t xml:space="preserve">Als </w:t>
      </w:r>
      <w:r>
        <w:rPr>
          <w:highlight w:val="yellow"/>
        </w:rPr>
        <w:t>[Funktion]</w:t>
      </w:r>
      <w:r>
        <w:t xml:space="preserve"> bei </w:t>
      </w:r>
      <w:r>
        <w:rPr>
          <w:highlight w:val="yellow"/>
        </w:rPr>
        <w:t>[Arbeitgeber]</w:t>
      </w:r>
      <w:r>
        <w:t xml:space="preserve"> habe ich </w:t>
      </w:r>
      <w:r>
        <w:rPr>
          <w:highlight w:val="yellow"/>
        </w:rPr>
        <w:t>[konkrete Tätigkeit zur wichtigsten Anforderung]</w:t>
      </w:r>
      <w:r>
        <w:t xml:space="preserve">. </w:t>
      </w:r>
      <w:r>
        <w:rPr>
          <w:highlight w:val="yellow"/>
        </w:rPr>
        <w:t>[Belegbares Ergebnis oder eine Rückmeldung dazu.]</w:t>
      </w:r>
    </w:p>
    <w:p>
      <w:pPr>
        <w:pStyle w:val="BriefText"/>
      </w:pPr>
      <w:r>
        <w:rPr>
          <w:highlight w:val="yellow"/>
        </w:rPr>
        <w:t>[Zeige mit einem Beispiel, wie du eine zweite wichtige Anforderung erfüllst. Schreib nur, was du belegen oder im Gespräch erklären kannst.]</w:t>
      </w:r>
    </w:p>
    <w:p>
      <w:pPr>
        <w:pStyle w:val="BriefText"/>
      </w:pPr>
      <w:r>
        <w:rPr>
          <w:highlight w:val="yellow"/>
        </w:rPr>
        <w:t>[Nur bei Quereinstieg, Wiedereinstieg oder erklärungsbedürftiger Lücke: Beschreibe kurz deinen Weg und was dir davon hier nützt. Sonst Absatz löschen.]</w:t>
      </w:r>
    </w:p>
    <w:p>
      <w:pPr>
        <w:pStyle w:val="BriefText"/>
      </w:pPr>
      <w:r>
        <w:t xml:space="preserve">In Ihrem Team möchte ich </w:t>
      </w:r>
      <w:r>
        <w:rPr>
          <w:highlight w:val="yellow"/>
        </w:rPr>
        <w:t>[was du beitragen oder dazulernen willst, bezogen auf eine Aufgabe aus dem Inserat]</w:t>
      </w:r>
      <w:r>
        <w:t>.</w:t>
      </w:r>
    </w:p>
    <w:p>
      <w:pPr>
        <w:pStyle w:val="BriefText"/>
      </w:pPr>
      <w:r>
        <w:rPr>
          <w:highlight w:val="yellow"/>
        </w:rPr>
        <w:t>[Nur wenn verlangt, sonst Satz löschen.]</w:t>
      </w:r>
      <w:r>
        <w:t xml:space="preserve"> Ich kann die Stelle ab </w:t>
      </w:r>
      <w:r>
        <w:rPr>
          <w:highlight w:val="yellow"/>
        </w:rPr>
        <w:t>[Datum, beachte deine Kündigungsfrist]</w:t>
      </w:r>
      <w:r>
        <w:t xml:space="preserve"> antreten. </w:t>
      </w:r>
      <w:r>
        <w:rPr>
          <w:highlight w:val="yellow"/>
        </w:rPr>
        <w:t>[Nur wenn verlangt, sonst Satz löschen.]</w:t>
      </w:r>
      <w:r>
        <w:t xml:space="preserve"> Meine Lohnvorstellung liegt zwischen CHF </w:t>
      </w:r>
      <w:r>
        <w:rPr>
          <w:highlight w:val="yellow"/>
        </w:rPr>
        <w:t>[Betrag]</w:t>
      </w:r>
      <w:r>
        <w:t xml:space="preserve"> und CHF </w:t>
      </w:r>
      <w:r>
        <w:rPr>
          <w:highlight w:val="yellow"/>
        </w:rPr>
        <w:t>[Betrag]</w:t>
      </w:r>
      <w:r>
        <w:t xml:space="preserve"> brutto pro Jahr bei </w:t>
      </w:r>
      <w:r>
        <w:rPr>
          <w:highlight w:val="yellow"/>
        </w:rPr>
        <w:t>[Pensum]</w:t>
      </w:r>
      <w:r>
        <w:t xml:space="preserve"> % und </w:t>
      </w:r>
      <w:r>
        <w:rPr>
          <w:highlight w:val="yellow"/>
        </w:rPr>
        <w:t>[12 oder 13]</w:t>
      </w:r>
      <w:r>
        <w:t xml:space="preserve"> Monatslöhnen.</w:t>
      </w:r>
    </w:p>
    <w:p>
      <w:pPr>
        <w:pStyle w:val="BriefText"/>
      </w:pPr>
      <w:r>
        <w:t xml:space="preserve">Gerne erzähle ich Ihnen in einem Gespräch mehr über </w:t>
      </w:r>
      <w:r>
        <w:rPr>
          <w:highlight w:val="yellow"/>
        </w:rPr>
        <w:t>[ein Thema aus diesem Brief, zum Beispiel ein Projekt oder eine Aufgabe]</w:t>
      </w:r>
      <w:r>
        <w:t>.</w:t>
      </w:r>
    </w:p>
    <w:p>
      <w:pPr>
        <w:pStyle w:val="BriefText"/>
        <w:keepNext/>
        <w:spacing w:after="680"/>
      </w:pPr>
      <w:r>
        <w:t>Freundliche Grüsse</w:t>
      </w:r>
    </w:p>
    <w:p>
      <w:pPr>
        <w:pStyle w:val="BriefText"/>
        <w:keepNext/>
        <w:spacing w:after="240"/>
      </w:pPr>
      <w:r>
        <w:rPr>
          <w:highlight w:val="yellow"/>
        </w:rPr>
        <w:t>[Vorname Nachname]</w:t>
      </w:r>
    </w:p>
    <w:p>
      <w:pPr>
        <w:pStyle w:val="BriefText"/>
      </w:pPr>
      <w:r>
        <w:t xml:space="preserve">Beilagen: </w:t>
      </w:r>
      <w:r>
        <w:rPr>
          <w:highlight w:val="yellow"/>
        </w:rPr>
        <w:t>[Alle mitgeschickten Unterlagen, z. B. Lebenslauf, Arbeitszeugnisse und Diplome]</w:t>
      </w:r>
    </w:p>
    <w:sectPr w:rsidR="00FC693F" w:rsidRPr="0006063C" w:rsidSect="00034616">
      <w:pgSz w:w="11906" w:h="16838"/>
      <w:pgMar w:top="1134" w:right="1134" w:bottom="1134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cs="Arial" w:eastAsia="Arial"/>
      <w:color w:val="1A1A1A"/>
      <w:sz w:val="22"/>
      <w:lang w:val="de-CH" w:eastAsia="de-CH" w:bidi="de-CH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BriefKontakt"/>
    <w:link w:val="TitleChar"/>
    <w:uiPriority w:val="10"/>
    <w:qFormat/>
    <w:rsid w:val="00FC693F"/>
    <w:pPr>
      <w:spacing w:before="0" w:after="40" w:line="240" w:lineRule="auto"/>
    </w:pPr>
    <w:rPr>
      <w:rFonts w:ascii="Arial" w:hAnsi="Arial" w:cs="Arial" w:eastAsia="Arial"/>
      <w:b/>
      <w:color w:val="1A1A1A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riefKontakt">
    <w:name w:val="Brief Kontakt"/>
    <w:basedOn w:val="Normal"/>
    <w:next w:val="BriefAdresse"/>
    <w:pPr>
      <w:widowControl/>
      <w:spacing w:before="0" w:after="400" w:line="240" w:lineRule="auto"/>
    </w:pPr>
    <w:rPr>
      <w:rFonts w:ascii="Arial" w:hAnsi="Arial" w:cs="Arial" w:eastAsia="Arial"/>
      <w:b w:val="0"/>
      <w:color w:val="1A1A1A"/>
      <w:sz w:val="22"/>
    </w:rPr>
  </w:style>
  <w:style w:type="paragraph" w:customStyle="1" w:styleId="BriefAdresse">
    <w:name w:val="Brief Adresse"/>
    <w:basedOn w:val="Normal"/>
    <w:pPr>
      <w:widowControl/>
      <w:spacing w:before="0" w:after="0" w:line="240" w:lineRule="auto"/>
    </w:pPr>
    <w:rPr>
      <w:rFonts w:ascii="Arial" w:hAnsi="Arial" w:cs="Arial" w:eastAsia="Arial"/>
      <w:b w:val="0"/>
      <w:color w:val="1A1A1A"/>
      <w:sz w:val="22"/>
    </w:rPr>
  </w:style>
  <w:style w:type="paragraph" w:customStyle="1" w:styleId="BriefText">
    <w:name w:val="Brief Text"/>
    <w:basedOn w:val="Normal"/>
    <w:pPr>
      <w:widowControl/>
      <w:spacing w:before="0" w:after="160" w:line="240" w:lineRule="auto"/>
    </w:pPr>
    <w:rPr>
      <w:rFonts w:ascii="Arial" w:hAnsi="Arial" w:cs="Arial" w:eastAsia="Arial"/>
      <w:b w:val="0"/>
      <w:color w:val="1A1A1A"/>
      <w:sz w:val="22"/>
    </w:rPr>
  </w:style>
  <w:style w:type="paragraph" w:customStyle="1" w:styleId="BriefBetreff">
    <w:name w:val="Brief Betreff"/>
    <w:basedOn w:val="Normal"/>
    <w:next w:val="BriefText"/>
    <w:pPr>
      <w:widowControl/>
      <w:spacing w:before="0" w:after="160" w:line="240" w:lineRule="auto"/>
    </w:pPr>
    <w:rPr>
      <w:rFonts w:ascii="Arial" w:hAnsi="Arial" w:cs="Arial" w:eastAsia="Arial"/>
      <w:b/>
      <w:color w:val="1A1A1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Motivationsschreiben Vorlage Schweiz: ausgeschriebene Stelle</dc:title>
  <dc:subject>Motivationsschreiben für Bewerbungen in der Schweiz</dc:subject>
  <dc:creator>jopp</dc:creator>
  <cp:keywords>Motivationsschreiben, Bewerbungsschreiben, Vorlage, Schweiz</cp:keywords>
  <dc:description>Gelb markierte Stellen in eckigen Klammern durch eigene, belegbare Angaben ersetzen. getjopp.app</dc:description>
  <cp:lastModifiedBy>jopp</cp:lastModifiedBy>
  <cp:revision>1</cp:revision>
  <dcterms:created xsi:type="dcterms:W3CDTF">2026-09-16T12:00:00Z</dcterms:created>
  <dcterms:modified xsi:type="dcterms:W3CDTF">2026-09-16T12:00:00Z</dcterms:modified>
  <cp:category>Vorlage</cp:category>
  <dc:language>de-CH</dc:language>
</cp:coreProperties>
</file>