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</w:pPr>
      <w:r>
        <w:rPr>
          <w:highlight w:val="yellow"/>
        </w:rPr>
        <w:t>[Vorname Nachname]</w:t>
      </w:r>
    </w:p>
    <w:p>
      <w:pPr>
        <w:pStyle w:val="BriefKontakt"/>
        <w:keepNext/>
      </w:pPr>
      <w:r>
        <w:rPr>
          <w:highlight w:val="yellow"/>
        </w:rPr>
        <w:t>[Strasse Nr.]</w:t>
      </w:r>
      <w:r>
        <w:t xml:space="preserve">, </w:t>
      </w:r>
      <w:r>
        <w:rPr>
          <w:highlight w:val="yellow"/>
        </w:rPr>
        <w:t>[PLZ Ort]</w:t>
      </w:r>
      <w:r>
        <w:t xml:space="preserve"> · </w:t>
      </w:r>
      <w:r>
        <w:rPr>
          <w:highlight w:val="yellow"/>
        </w:rPr>
        <w:t>[Telefon]</w:t>
      </w:r>
      <w:r>
        <w:t xml:space="preserve"> · </w:t>
      </w:r>
      <w:r>
        <w:rPr>
          <w:highlight w:val="yellow"/>
        </w:rPr>
        <w:t>[E-Mail]</w:t>
      </w:r>
    </w:p>
    <w:p>
      <w:pPr>
        <w:pStyle w:val="BriefAdresse"/>
        <w:keepNext/>
      </w:pPr>
      <w:r>
        <w:rPr>
          <w:highlight w:val="yellow"/>
        </w:rPr>
        <w:t>[Name des Lehrbetriebs, genau wie im Inserat oder auf der Website]</w:t>
      </w:r>
    </w:p>
    <w:p>
      <w:pPr>
        <w:pStyle w:val="BriefAdresse"/>
        <w:keepNext/>
      </w:pPr>
      <w:r>
        <w:rPr>
          <w:highlight w:val="yellow"/>
        </w:rPr>
        <w:t>[Frau oder Herr Vorname Nachname, zuständig für die Lernenden]</w:t>
      </w:r>
    </w:p>
    <w:p>
      <w:pPr>
        <w:pStyle w:val="BriefAdresse"/>
        <w:keepNext/>
      </w:pPr>
      <w:r>
        <w:rPr>
          <w:highlight w:val="yellow"/>
        </w:rPr>
        <w:t>[Strasse Nr.]</w:t>
      </w:r>
    </w:p>
    <w:p>
      <w:pPr>
        <w:pStyle w:val="BriefAdresse"/>
        <w:keepNext/>
        <w:spacing w:after="280"/>
      </w:pPr>
      <w:r>
        <w:rPr>
          <w:highlight w:val="yellow"/>
        </w:rPr>
        <w:t>[PLZ Ort]</w:t>
      </w:r>
    </w:p>
    <w:p>
      <w:pPr>
        <w:pStyle w:val="BriefAdresse"/>
        <w:keepNext/>
        <w:spacing w:after="280"/>
      </w:pPr>
      <w:r>
        <w:rPr>
          <w:highlight w:val="yellow"/>
        </w:rPr>
        <w:t>[Ort]</w:t>
      </w:r>
      <w:r>
        <w:t xml:space="preserve">, </w:t>
      </w:r>
      <w:r>
        <w:rPr>
          <w:highlight w:val="yellow"/>
        </w:rPr>
        <w:t>[TT. Monat JJJJ]</w:t>
      </w:r>
    </w:p>
    <w:p>
      <w:pPr>
        <w:pStyle w:val="BriefBetreff"/>
        <w:keepNext/>
      </w:pPr>
      <w:r>
        <w:t xml:space="preserve">Bewerbung um die Lehrstelle als </w:t>
      </w:r>
      <w:r>
        <w:rPr>
          <w:highlight w:val="yellow"/>
        </w:rPr>
        <w:t>[Beruf mit EFZ oder EBA, wie im Inserat]</w:t>
      </w:r>
      <w:r>
        <w:t xml:space="preserve"> ab </w:t>
      </w:r>
      <w:r>
        <w:rPr>
          <w:highlight w:val="yellow"/>
        </w:rPr>
        <w:t>[Monat und Jahr, zum Beispiel August 2027]</w:t>
      </w:r>
    </w:p>
    <w:p>
      <w:pPr>
        <w:pStyle w:val="BriefText"/>
        <w:keepNext/>
      </w:pPr>
      <w:r>
        <w:rPr>
          <w:highlight w:val="yellow"/>
        </w:rPr>
        <w:t>[Sehr geehrte Frau Nachname / Sehr geehrter Herr Nachname / Guten Tag Vorname Nachname, ohne Komma]</w:t>
      </w:r>
    </w:p>
    <w:p>
      <w:pPr>
        <w:pStyle w:val="BriefText"/>
      </w:pPr>
      <w:r>
        <w:rPr>
          <w:highlight w:val="yellow"/>
        </w:rPr>
        <w:t>[Optional ein Satz zu einem Telefonat, einer Schnupperlehre oder einem Besuch in diesem Betrieb, sonst löschen.]</w:t>
      </w:r>
      <w:r>
        <w:t xml:space="preserve"> Ich möchte </w:t>
      </w:r>
      <w:r>
        <w:rPr>
          <w:highlight w:val="yellow"/>
        </w:rPr>
        <w:t>[Beruf]</w:t>
      </w:r>
      <w:r>
        <w:t xml:space="preserve"> lernen, weil </w:t>
      </w:r>
      <w:r>
        <w:rPr>
          <w:highlight w:val="yellow"/>
        </w:rPr>
        <w:t>[was dich an diesem Beruf interessiert und wie du darauf gekommen bist]</w:t>
      </w:r>
      <w:r>
        <w:t>.</w:t>
      </w:r>
    </w:p>
    <w:p>
      <w:pPr>
        <w:pStyle w:val="BriefText"/>
      </w:pPr>
      <w:r>
        <w:rPr>
          <w:highlight w:val="yellow"/>
        </w:rPr>
        <w:t>[Beschreibe eine echte Erfahrung aus einer Schnupperlehre, einem Ferienjob, Schulprojekt oder Hobby. Nenne die Tätigkeit, wo du sie ausgeübt hast und was dir daran gefallen hat. Erfinde keine Schnupperlehre.]</w:t>
      </w:r>
    </w:p>
    <w:p>
      <w:pPr>
        <w:pStyle w:val="BriefText"/>
      </w:pPr>
      <w:r>
        <w:t xml:space="preserve">Zurzeit besuche ich die </w:t>
      </w:r>
      <w:r>
        <w:rPr>
          <w:highlight w:val="yellow"/>
        </w:rPr>
        <w:t>[Klasse und Schultyp, wie im Zeugnis]</w:t>
      </w:r>
      <w:r>
        <w:t xml:space="preserve"> in </w:t>
      </w:r>
      <w:r>
        <w:rPr>
          <w:highlight w:val="yellow"/>
        </w:rPr>
        <w:t>[Schulort]</w:t>
      </w:r>
      <w:r>
        <w:t xml:space="preserve">. </w:t>
      </w:r>
      <w:r>
        <w:rPr>
          <w:highlight w:val="yellow"/>
        </w:rPr>
        <w:t>[Ein Schulfach, ein Projekt oder eine Freizeitbeschäftigung, die zum Beruf passt, mit einem kurzen Beispiel.]</w:t>
      </w:r>
    </w:p>
    <w:p>
      <w:pPr>
        <w:pStyle w:val="BriefText"/>
      </w:pPr>
      <w:r>
        <w:t xml:space="preserve">In Ihrem Betrieb möchte ich meine Lehre machen, weil </w:t>
      </w:r>
      <w:r>
        <w:rPr>
          <w:highlight w:val="yellow"/>
        </w:rPr>
        <w:t>[was du über den Betrieb weisst, zum Beispiel aus der Schnupperlehre, einem Gespräch oder von der Website]</w:t>
      </w:r>
      <w:r>
        <w:t>.</w:t>
      </w:r>
    </w:p>
    <w:p>
      <w:pPr>
        <w:pStyle w:val="BriefText"/>
      </w:pPr>
      <w:r>
        <w:t>Gerne stelle ich mich Ihnen in einem Gespräch vor.</w:t>
      </w:r>
    </w:p>
    <w:p>
      <w:pPr>
        <w:pStyle w:val="BriefText"/>
        <w:keepNext/>
        <w:spacing w:after="680"/>
      </w:pPr>
      <w:r>
        <w:t>Freundliche Grüsse</w:t>
      </w:r>
    </w:p>
    <w:p>
      <w:pPr>
        <w:pStyle w:val="BriefText"/>
        <w:keepNext/>
        <w:spacing w:after="240"/>
      </w:pPr>
      <w:r>
        <w:rPr>
          <w:highlight w:val="yellow"/>
        </w:rPr>
        <w:t>[Vorname Nachname]</w:t>
      </w:r>
    </w:p>
    <w:p>
      <w:pPr>
        <w:pStyle w:val="BriefText"/>
      </w:pPr>
      <w:r>
        <w:t xml:space="preserve">Beilagen: </w:t>
      </w:r>
      <w:r>
        <w:rPr>
          <w:highlight w:val="yellow"/>
        </w:rPr>
        <w:t>[Alle mitgeschickten Unterlagen, z. B. Lebenslauf, Schulzeugnisse und vorhandene Schnupperberichte]</w:t>
      </w:r>
    </w:p>
    <w:sectPr w:rsidR="00FC693F" w:rsidRPr="0006063C" w:rsidSect="00034616">
      <w:pgSz w:w="11906" w:h="16838"/>
      <w:pgMar w:top="1134" w:right="1134" w:bottom="1134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cs="Arial" w:eastAsia="Arial"/>
      <w:color w:val="1A1A1A"/>
      <w:sz w:val="22"/>
      <w:lang w:val="de-CH" w:eastAsia="de-CH" w:bidi="de-CH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BriefKontakt"/>
    <w:link w:val="TitleChar"/>
    <w:uiPriority w:val="10"/>
    <w:qFormat/>
    <w:rsid w:val="00FC693F"/>
    <w:pPr>
      <w:spacing w:before="0" w:after="40" w:line="240" w:lineRule="auto"/>
    </w:pPr>
    <w:rPr>
      <w:rFonts w:ascii="Arial" w:hAnsi="Arial" w:cs="Arial" w:eastAsia="Arial"/>
      <w:b/>
      <w:color w:val="1A1A1A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riefKontakt">
    <w:name w:val="Brief Kontakt"/>
    <w:basedOn w:val="Normal"/>
    <w:next w:val="BriefAdresse"/>
    <w:pPr>
      <w:widowControl/>
      <w:spacing w:before="0" w:after="400" w:line="240" w:lineRule="auto"/>
    </w:pPr>
    <w:rPr>
      <w:rFonts w:ascii="Arial" w:hAnsi="Arial" w:cs="Arial" w:eastAsia="Arial"/>
      <w:b w:val="0"/>
      <w:color w:val="1A1A1A"/>
      <w:sz w:val="22"/>
    </w:rPr>
  </w:style>
  <w:style w:type="paragraph" w:customStyle="1" w:styleId="BriefAdresse">
    <w:name w:val="Brief Adresse"/>
    <w:basedOn w:val="Normal"/>
    <w:pPr>
      <w:widowControl/>
      <w:spacing w:before="0" w:after="0" w:line="240" w:lineRule="auto"/>
    </w:pPr>
    <w:rPr>
      <w:rFonts w:ascii="Arial" w:hAnsi="Arial" w:cs="Arial" w:eastAsia="Arial"/>
      <w:b w:val="0"/>
      <w:color w:val="1A1A1A"/>
      <w:sz w:val="22"/>
    </w:rPr>
  </w:style>
  <w:style w:type="paragraph" w:customStyle="1" w:styleId="BriefText">
    <w:name w:val="Brief Text"/>
    <w:basedOn w:val="Normal"/>
    <w:pPr>
      <w:widowControl/>
      <w:spacing w:before="0" w:after="160" w:line="240" w:lineRule="auto"/>
    </w:pPr>
    <w:rPr>
      <w:rFonts w:ascii="Arial" w:hAnsi="Arial" w:cs="Arial" w:eastAsia="Arial"/>
      <w:b w:val="0"/>
      <w:color w:val="1A1A1A"/>
      <w:sz w:val="22"/>
    </w:rPr>
  </w:style>
  <w:style w:type="paragraph" w:customStyle="1" w:styleId="BriefBetreff">
    <w:name w:val="Brief Betreff"/>
    <w:basedOn w:val="Normal"/>
    <w:next w:val="BriefText"/>
    <w:pPr>
      <w:widowControl/>
      <w:spacing w:before="0" w:after="160" w:line="240" w:lineRule="auto"/>
    </w:pPr>
    <w:rPr>
      <w:rFonts w:ascii="Arial" w:hAnsi="Arial" w:cs="Arial" w:eastAsia="Arial"/>
      <w:b/>
      <w:color w:val="1A1A1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Motivationsschreiben Vorlage Schweiz: Lehrstelle</dc:title>
  <dc:subject>Motivationsschreiben für Bewerbungen in der Schweiz</dc:subject>
  <dc:creator>jopp</dc:creator>
  <cp:keywords>Motivationsschreiben, Bewerbungsschreiben, Vorlage, Schweiz</cp:keywords>
  <dc:description>Gelb markierte Stellen in eckigen Klammern durch eigene, belegbare Angaben ersetzen. getjopp.app</dc:description>
  <cp:lastModifiedBy>jopp</cp:lastModifiedBy>
  <cp:revision>1</cp:revision>
  <dcterms:created xsi:type="dcterms:W3CDTF">2026-09-16T12:00:00Z</dcterms:created>
  <dcterms:modified xsi:type="dcterms:W3CDTF">2026-09-16T12:00:00Z</dcterms:modified>
  <cp:category>Vorlage</cp:category>
  <dc:language>de-CH</dc:language>
</cp:coreProperties>
</file>