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highlight w:val="yellow"/>
        </w:rPr>
        <w:t>[Vorname Nachname]</w:t>
      </w:r>
    </w:p>
    <w:p>
      <w:pPr>
        <w:pStyle w:val="Subtitle"/>
      </w:pPr>
      <w:r>
        <w:rPr/>
        <w:t xml:space="preserve">Lebenslauf · Lehrstelle als </w:t>
      </w:r>
      <w:r>
        <w:rPr>
          <w:highlight w:val="yellow"/>
        </w:rPr>
        <w:t>[Beruf, z. B. Detailhandelsfachfrau EFZ]</w:t>
      </w:r>
    </w:p>
    <w:p>
      <w:pPr>
        <w:spacing w:after="200"/>
      </w:pPr>
      <w:r>
        <w:rPr>
          <w:highlight w:val="yellow"/>
        </w:rPr>
        <w:t>[Strasse Nr.]</w:t>
      </w:r>
      <w:r>
        <w:rPr/>
        <w:t xml:space="preserve">, </w:t>
      </w:r>
      <w:r>
        <w:rPr>
          <w:highlight w:val="yellow"/>
        </w:rPr>
        <w:t>[PLZ Ort]</w:t>
      </w:r>
      <w:r>
        <w:rPr/>
        <w:t xml:space="preserve"> · </w:t>
      </w:r>
      <w:r>
        <w:rPr>
          <w:highlight w:val="yellow"/>
        </w:rPr>
        <w:t>[Telefon]</w:t>
      </w:r>
      <w:r>
        <w:rPr/>
        <w:t xml:space="preserve"> · </w:t>
      </w:r>
      <w:r>
        <w:rPr>
          <w:highlight w:val="yellow"/>
        </w:rPr>
        <w:t>[E-Mail]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7597"/>
        <w:gridCol w:w="2041"/>
      </w:tblGrid>
      <w:tr>
        <w:trPr>
          <w:cantSplit/>
        </w:trPr>
        <w:tc>
          <w:tcPr>
            <w:tcW w:type="dxa" w:w="7597"/>
            <w:vAlign w:val="top"/>
          </w:tcPr>
          <w:tbl>
            <w:tblPr>
              <w:tblW w:type="dxa" w:w="7597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0" w:type="dxa"/>
                <w:right w:w="0" w:type="dxa"/>
              </w:tblCellMar>
              <w:tblLook w:firstColumn="0" w:firstRow="0" w:lastColumn="0" w:lastRow="0" w:noHBand="0" w:noVBand="1" w:val="0000"/>
            </w:tblPr>
            <w:tblGrid>
              <w:gridCol w:w="2608"/>
              <w:gridCol w:w="4989"/>
            </w:tblGrid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/>
                    <w:t>Geburtsdatum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[TT.MM.JJJJ]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[Heimatort oder Geburtsort]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[Ort]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/>
                    <w:t>Nationalität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[Land, z. B. Portugal]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/>
                    <w:t>Bewilligung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[Vorhandener Ausweis, z. B. C; mit Schweizer Bürgerrecht oder ohne Ausweis Zeile löschen]</w:t>
                  </w:r>
                </w:p>
              </w:tc>
            </w:tr>
            <w:tr>
              <w:trPr>
                <w:cantSplit/>
              </w:trPr>
              <w:tc>
                <w:tcPr>
                  <w:tcW w:type="dxa" w:w="2608"/>
                  <w:vAlign w:val="top"/>
                </w:tcPr>
                <w:p>
                  <w:pPr>
                    <w:spacing w:after="40"/>
                  </w:pPr>
                  <w:r>
                    <w:rPr/>
                    <w:t>Familie</w:t>
                  </w:r>
                </w:p>
              </w:tc>
              <w:tc>
                <w:tcPr>
                  <w:tcW w:type="dxa" w:w="4989"/>
                  <w:vAlign w:val="top"/>
                </w:tcPr>
                <w:p>
                  <w:pPr>
                    <w:spacing w:after="40"/>
                  </w:pPr>
                  <w:r>
                    <w:rPr>
                      <w:highlight w:val="yellow"/>
                    </w:rPr>
                    <w:t>[Eltern und Geschwister, optional; sonst Zeile löschen]</w:t>
                  </w:r>
                </w:p>
              </w:tc>
            </w:tr>
          </w:tbl>
          <w:p>
            <w:pPr>
              <w:spacing w:line="20" w:lineRule="exact" w:after="0"/>
            </w:pPr>
          </w:p>
        </w:tc>
        <w:tc>
          <w:tcPr>
            <w:tcW w:type="dxa" w:w="2041"/>
            <w:vAlign w:val="top"/>
          </w:tcPr>
          <w:p>
            <w:pPr>
              <w:spacing w:line="240" w:lineRule="auto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260000" cy="1620000"/>
                  <wp:docPr id="1" name="Foto" descr="Bewerbungsfoto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Heading1"/>
      </w:pPr>
      <w:r>
        <w:t>Schulbildung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0"/>
            </w:pPr>
            <w:r>
              <w:rPr/>
              <w:t xml:space="preserve">seit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0"/>
            </w:pPr>
            <w:r>
              <w:rPr>
                <w:b/>
                <w:highlight w:val="yellow"/>
              </w:rPr>
              <w:t>[Oberstufe mit Schultyp, z. B. Sekundarschule]</w:t>
            </w:r>
          </w:p>
          <w:p>
            <w:r>
              <w:rPr>
                <w:highlight w:val="yellow"/>
              </w:rPr>
              <w:t>[Schule]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140"/>
            </w:pPr>
            <w:r>
              <w:rPr>
                <w:highlight w:val="yellow"/>
              </w:rPr>
              <w:t>[MM.JJJJ]</w:t>
            </w:r>
            <w:r>
              <w:rPr/>
              <w:t xml:space="preserve"> bis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before="140"/>
            </w:pPr>
            <w:r>
              <w:rPr>
                <w:b/>
              </w:rPr>
              <w:t>Primarschule</w:t>
            </w:r>
          </w:p>
          <w:p>
            <w:r>
              <w:rPr>
                <w:highlight w:val="yellow"/>
              </w:rPr>
              <w:t>[Schule]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</w:p>
        </w:tc>
      </w:tr>
    </w:tbl>
    <w:p>
      <w:pPr>
        <w:pStyle w:val="Heading1"/>
      </w:pPr>
      <w:r>
        <w:t>Schnupperlehren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[Beruf]</w:t>
            </w:r>
            <w:r>
              <w:rPr/>
              <w:t xml:space="preserve"> · </w:t>
            </w:r>
            <w:r>
              <w:rPr>
                <w:highlight w:val="yellow"/>
              </w:rPr>
              <w:t>[Betrieb]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  <w:r>
              <w:rPr/>
              <w:t xml:space="preserve"> · </w:t>
            </w:r>
            <w:r>
              <w:rPr>
                <w:highlight w:val="yellow"/>
              </w:rPr>
              <w:t>[Anzahl]</w:t>
            </w:r>
            <w:r>
              <w:rPr/>
              <w:t xml:space="preserve"> Tage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[Beruf]</w:t>
            </w:r>
            <w:r>
              <w:rPr/>
              <w:t xml:space="preserve"> · </w:t>
            </w:r>
            <w:r>
              <w:rPr>
                <w:highlight w:val="yellow"/>
              </w:rPr>
              <w:t>[Betrieb]</w:t>
            </w:r>
            <w:r>
              <w:rPr/>
              <w:t xml:space="preserve">, </w:t>
            </w:r>
            <w:r>
              <w:rPr>
                <w:highlight w:val="yellow"/>
              </w:rPr>
              <w:t>[Ort]</w:t>
            </w:r>
            <w:r>
              <w:rPr/>
              <w:t xml:space="preserve"> · </w:t>
            </w:r>
            <w:r>
              <w:rPr>
                <w:highlight w:val="yellow"/>
              </w:rPr>
              <w:t>[Anzahl]</w:t>
            </w:r>
            <w:r>
              <w:rPr/>
              <w:t xml:space="preserve"> Tage</w:t>
            </w:r>
          </w:p>
        </w:tc>
      </w:tr>
    </w:tbl>
    <w:p>
      <w:pPr>
        <w:pStyle w:val="Heading1"/>
      </w:pPr>
      <w:r>
        <w:t>Sprachen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[Sprache]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/>
              <w:t>Muttersprache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[Sprache]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/>
              <w:t xml:space="preserve">Schulkenntnisse, </w:t>
            </w:r>
            <w:r>
              <w:rPr>
                <w:highlight w:val="yellow"/>
              </w:rPr>
              <w:t>[Anzahl]</w:t>
            </w:r>
            <w:r>
              <w:rPr/>
              <w:t xml:space="preserve"> Jahre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[Sprache]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/>
              <w:t xml:space="preserve">Schulkenntnisse, </w:t>
            </w:r>
            <w:r>
              <w:rPr>
                <w:highlight w:val="yellow"/>
              </w:rPr>
              <w:t>[Anzahl]</w:t>
            </w:r>
            <w:r>
              <w:rPr/>
              <w:t xml:space="preserve"> Jahre</w:t>
            </w:r>
          </w:p>
        </w:tc>
      </w:tr>
    </w:tbl>
    <w:p>
      <w:pPr>
        <w:pStyle w:val="Heading1"/>
      </w:pPr>
      <w:r>
        <w:t>Interessen und Hobbys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[Bereich, z. B. Sport]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[Was du konkret machst und seit wann]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[Bereich]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[Was du konkret machst und seit wann]</w:t>
            </w:r>
          </w:p>
        </w:tc>
      </w:tr>
    </w:tbl>
    <w:p>
      <w:pPr>
        <w:pStyle w:val="Heading1"/>
      </w:pPr>
      <w:r>
        <w:t>Engagement und Freizeitjobs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after="40"/>
            </w:pPr>
            <w:r>
              <w:rPr/>
              <w:t xml:space="preserve">seit </w:t>
            </w:r>
            <w:r>
              <w:rPr>
                <w:highlight w:val="yellow"/>
              </w:rPr>
              <w:t>[MM.JJJJ]</w:t>
            </w:r>
          </w:p>
        </w:tc>
        <w:tc>
          <w:tcPr>
            <w:tcW w:type="dxa" w:w="7030"/>
            <w:vAlign w:val="top"/>
          </w:tcPr>
          <w:p>
            <w:pPr>
              <w:spacing w:after="40"/>
            </w:pPr>
            <w:r>
              <w:rPr>
                <w:highlight w:val="yellow"/>
              </w:rPr>
              <w:t>[Tätigkeit, z. B. Mithilfe im Verein; falls keine, samt Abschnittstitel löschen]</w:t>
            </w:r>
          </w:p>
        </w:tc>
      </w:tr>
    </w:tbl>
    <w:p>
      <w:pPr>
        <w:pStyle w:val="Heading1"/>
      </w:pPr>
      <w:r>
        <w:t>Referenzen</w:t>
      </w:r>
    </w:p>
    <w:tbl>
      <w:tblPr>
        <w:tblW w:type="dxa" w:w="9638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firstColumn="0" w:firstRow="0" w:lastColumn="0" w:lastRow="0" w:noHBand="0" w:noVBand="1" w:val="0000"/>
      </w:tblPr>
      <w:tblGrid>
        <w:gridCol w:w="2608"/>
        <w:gridCol w:w="7030"/>
      </w:tblGrid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0"/>
            </w:pPr>
            <w:r>
              <w:rPr>
                <w:highlight w:val="yellow"/>
              </w:rPr>
              <w:t>[z. B. Klassenlehrperson]</w:t>
            </w:r>
          </w:p>
        </w:tc>
        <w:tc>
          <w:tcPr>
            <w:tcW w:type="dxa" w:w="7030"/>
            <w:vAlign w:val="top"/>
          </w:tcPr>
          <w:p>
            <w:pPr>
              <w:spacing w:before="0"/>
            </w:pPr>
            <w:r>
              <w:rPr>
                <w:b/>
                <w:highlight w:val="yellow"/>
              </w:rPr>
              <w:t>[Name, vorher um Erlaubnis fragen]</w:t>
            </w:r>
            <w:r>
              <w:rPr>
                <w:b/>
              </w:rPr>
              <w:t xml:space="preserve">, </w:t>
            </w:r>
            <w:r>
              <w:rPr>
                <w:b/>
                <w:highlight w:val="yellow"/>
              </w:rPr>
              <w:t>[Schule, Betrieb oder Verein]</w:t>
            </w:r>
          </w:p>
          <w:p>
            <w:r>
              <w:rPr>
                <w:highlight w:val="yellow"/>
              </w:rPr>
              <w:t>[Telefon]</w:t>
            </w:r>
            <w:r>
              <w:rPr/>
              <w:t xml:space="preserve"> · </w:t>
            </w:r>
            <w:r>
              <w:rPr>
                <w:highlight w:val="yellow"/>
              </w:rPr>
              <w:t>[E-Mail, optional; sonst samt Trennpunkt löschen]</w:t>
            </w:r>
          </w:p>
        </w:tc>
      </w:tr>
      <w:tr>
        <w:trPr>
          <w:cantSplit/>
        </w:trPr>
        <w:tc>
          <w:tcPr>
            <w:tcW w:type="dxa" w:w="2608"/>
            <w:vAlign w:val="top"/>
          </w:tcPr>
          <w:p>
            <w:pPr>
              <w:spacing w:before="140"/>
            </w:pPr>
            <w:r>
              <w:rPr>
                <w:highlight w:val="yellow"/>
              </w:rPr>
              <w:t>[z. B. Trainer im Verein]</w:t>
            </w:r>
          </w:p>
        </w:tc>
        <w:tc>
          <w:tcPr>
            <w:tcW w:type="dxa" w:w="7030"/>
            <w:vAlign w:val="top"/>
          </w:tcPr>
          <w:p>
            <w:pPr>
              <w:spacing w:before="140"/>
            </w:pPr>
            <w:r>
              <w:rPr>
                <w:b/>
                <w:highlight w:val="yellow"/>
              </w:rPr>
              <w:t>[Name, vorher um Erlaubnis fragen]</w:t>
            </w:r>
            <w:r>
              <w:rPr>
                <w:b/>
              </w:rPr>
              <w:t xml:space="preserve">, </w:t>
            </w:r>
            <w:r>
              <w:rPr>
                <w:b/>
                <w:highlight w:val="yellow"/>
              </w:rPr>
              <w:t>[Schule, Betrieb oder Verein]</w:t>
            </w:r>
          </w:p>
          <w:p>
            <w:r>
              <w:rPr>
                <w:highlight w:val="yellow"/>
              </w:rPr>
              <w:t>[Telefon]</w:t>
            </w:r>
            <w:r>
              <w:rPr/>
              <w:t xml:space="preserve"> · </w:t>
            </w:r>
            <w:r>
              <w:rPr>
                <w:highlight w:val="yellow"/>
              </w:rPr>
              <w:t>[E-Mail, optional; sonst samt Trennpunkt löschen]</w:t>
            </w:r>
          </w:p>
        </w:tc>
      </w:tr>
    </w:tbl>
    <w:p>
      <w:pPr>
        <w:spacing w:line="240" w:lineRule="auto"/>
        <w:rPr>
          <w:sz w:val="2"/>
        </w:rPr>
      </w:pPr>
    </w:p>
    <w:sectPr w:rsidR="00FC693F" w:rsidRPr="0006063C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0">
    <w:multiLevelType w:val="singleLevel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Arial" w:hAnsi="Arial" w:cs="Arial" w:eastAsia="Arial"/>
        <w:color w:val="1F4E5F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90">
    <w:abstractNumId w:val="9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cs="Arial" w:eastAsia="Arial"/>
        <w:sz w:val="22"/>
        <w:szCs w:val="22"/>
        <w:lang w:val="de-CH" w:eastAsia="de-CH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0" w:line="276" w:lineRule="auto"/>
    </w:pPr>
    <w:rPr>
      <w:rFonts w:ascii="Arial" w:hAnsi="Arial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pBdr>
        <w:bottom w:val="single" w:sz="6" w:space="2" w:color="1F4E5F"/>
      </w:pBdr>
      <w:spacing w:before="240" w:after="100" w:line="240" w:lineRule="auto"/>
      <w:outlineLvl w:val="0"/>
    </w:pPr>
    <w:rPr>
      <w:rFonts w:ascii="Arial" w:hAnsi="Arial" w:cs="Arial" w:eastAsia="Arial"/>
      <w:b/>
      <w:bCs/>
      <w:caps/>
      <w:color w:val="1F4E5F"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40" w:line="240" w:lineRule="auto"/>
    </w:pPr>
    <w:rPr>
      <w:rFonts w:ascii="Arial" w:hAnsi="Arial" w:cs="Arial" w:eastAsia="Arial"/>
      <w:b/>
      <w:color w:val="1A1A1A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spacing w:after="80"/>
    </w:pPr>
    <w:rPr>
      <w:rFonts w:ascii="Arial" w:hAnsi="Arial" w:cs="Arial" w:eastAsia="Arial"/>
      <w:i w:val="0"/>
      <w:color w:val="1F4E5F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0"/>
      </w:numPr>
      <w:spacing w:before="20"/>
      <w:ind w:left="227" w:hanging="227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für die Lehrstelle</dc:title>
  <dc:subject>Lebenslauf-Vorlage für die Lehrstellenbewerbung in der Schweiz</dc:subject>
  <dc:creator>jopp</dc:creator>
  <cp:keywords>Lebenslauf, Vorlage, Schweiz, Lehrstelle, Schnupperlehre, Bewerbung</cp:keywords>
  <dc:description>Vorlage von jopp (getjopp.app), Stand 16.09.2026. Platzhalter in [eckigen Klammern] ersetzen oder löschen.</dc:description>
  <cp:lastModifiedBy>jopp</cp:lastModifiedBy>
  <cp:revision>1</cp:revision>
  <dcterms:created xsi:type="dcterms:W3CDTF">2026-09-16T12:00:00Z</dcterms:created>
  <dcterms:modified xsi:type="dcterms:W3CDTF">2026-09-16T12:00:00Z</dcterms:modified>
  <cp:category>Vorlage</cp:category>
  <dc:language>de-CH</dc:language>
  <cp:contentStatus>Stand 16.09.2026</cp:contentStatus>
</cp:coreProperties>
</file>